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1531"/>
        <w:gridCol w:w="3402"/>
        <w:gridCol w:w="255"/>
        <w:gridCol w:w="1049"/>
        <w:gridCol w:w="4139"/>
        <w:gridCol w:w="108"/>
      </w:tblGrid>
      <w:tr w:rsidR="00823143" w14:paraId="009FE6F1" w14:textId="77777777">
        <w:trPr>
          <w:gridAfter w:val="1"/>
          <w:wAfter w:w="108" w:type="dxa"/>
          <w:jc w:val="center"/>
        </w:trPr>
        <w:tc>
          <w:tcPr>
            <w:tcW w:w="5188" w:type="dxa"/>
            <w:gridSpan w:val="3"/>
            <w:tcBorders>
              <w:top w:val="single" w:sz="0" w:space="0" w:color="FFFFFF"/>
              <w:left w:val="single" w:sz="0" w:space="0" w:color="FFFFFF"/>
              <w:bottom w:val="single" w:sz="0" w:space="0" w:color="FFFFFF"/>
              <w:right w:val="single" w:sz="0" w:space="0" w:color="FFFFFF"/>
            </w:tcBorders>
            <w:tcMar>
              <w:top w:w="0" w:type="dxa"/>
              <w:left w:w="0" w:type="dxa"/>
              <w:bottom w:w="0" w:type="dxa"/>
              <w:right w:w="0" w:type="dxa"/>
            </w:tcMar>
            <w:vAlign w:val="center"/>
          </w:tcPr>
          <w:p w14:paraId="03036001" w14:textId="77777777" w:rsidR="00823143" w:rsidRDefault="002B546B">
            <w:r>
              <w:rPr>
                <w:rFonts w:ascii="Aptos Display" w:hAnsi="Aptos Display"/>
                <w:b/>
                <w:color w:val="262623"/>
                <w:sz w:val="40"/>
              </w:rPr>
              <w:t>ENESEREFLEKTSIOONI VORM</w:t>
            </w:r>
          </w:p>
          <w:p w14:paraId="3386BB0A" w14:textId="77777777" w:rsidR="00823143" w:rsidRDefault="002B546B">
            <w:r>
              <w:rPr>
                <w:color w:val="8D6B55"/>
                <w:sz w:val="19"/>
              </w:rPr>
              <w:t>Pärast koolitust täitmiseks – õppimise kinnistamine ja järgmise sammu sõnastamine</w:t>
            </w:r>
          </w:p>
        </w:tc>
        <w:tc>
          <w:tcPr>
            <w:tcW w:w="5188" w:type="dxa"/>
            <w:gridSpan w:val="2"/>
            <w:tcBorders>
              <w:top w:val="single" w:sz="0" w:space="0" w:color="FFFFFF"/>
              <w:left w:val="single" w:sz="0" w:space="0" w:color="FFFFFF"/>
              <w:bottom w:val="single" w:sz="0" w:space="0" w:color="FFFFFF"/>
              <w:right w:val="single" w:sz="0" w:space="0" w:color="FFFFFF"/>
            </w:tcBorders>
            <w:tcMar>
              <w:top w:w="0" w:type="dxa"/>
              <w:left w:w="0" w:type="dxa"/>
              <w:bottom w:w="0" w:type="dxa"/>
              <w:right w:w="0" w:type="dxa"/>
            </w:tcMar>
            <w:vAlign w:val="center"/>
          </w:tcPr>
          <w:p w14:paraId="52C23CB6" w14:textId="77777777" w:rsidR="00823143" w:rsidRDefault="002B546B">
            <w:pPr>
              <w:jc w:val="right"/>
            </w:pPr>
            <w:r>
              <w:rPr>
                <w:noProof/>
              </w:rPr>
              <w:drawing>
                <wp:inline distT="0" distB="0" distL="0" distR="0">
                  <wp:extent cx="1512000" cy="151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ropped.png"/>
                          <pic:cNvPicPr/>
                        </pic:nvPicPr>
                        <pic:blipFill>
                          <a:blip r:embed="rId6"/>
                          <a:stretch>
                            <a:fillRect/>
                          </a:stretch>
                        </pic:blipFill>
                        <pic:spPr>
                          <a:xfrm>
                            <a:off x="0" y="0"/>
                            <a:ext cx="1512000" cy="1512000"/>
                          </a:xfrm>
                          <a:prstGeom prst="rect">
                            <a:avLst/>
                          </a:prstGeom>
                        </pic:spPr>
                      </pic:pic>
                    </a:graphicData>
                  </a:graphic>
                </wp:inline>
              </w:drawing>
            </w:r>
          </w:p>
        </w:tc>
      </w:tr>
      <w:tr w:rsidR="00823143" w14:paraId="24ADBE3E" w14:textId="77777777">
        <w:trPr>
          <w:jc w:val="center"/>
        </w:trPr>
        <w:tc>
          <w:tcPr>
            <w:tcW w:w="1531" w:type="dxa"/>
            <w:tcBorders>
              <w:top w:val="single" w:sz="8" w:space="0" w:color="D9D4CC"/>
              <w:left w:val="single" w:sz="8" w:space="0" w:color="D9D4CC"/>
              <w:bottom w:val="single" w:sz="8" w:space="0" w:color="D9D4CC"/>
              <w:right w:val="single" w:sz="8" w:space="0" w:color="D9D4CC"/>
            </w:tcBorders>
            <w:shd w:val="clear" w:color="auto" w:fill="F4EFEA"/>
            <w:tcMar>
              <w:top w:w="80" w:type="dxa"/>
              <w:left w:w="120" w:type="dxa"/>
              <w:bottom w:w="80" w:type="dxa"/>
              <w:right w:w="120" w:type="dxa"/>
            </w:tcMar>
            <w:vAlign w:val="center"/>
          </w:tcPr>
          <w:p w14:paraId="116B5058" w14:textId="77777777" w:rsidR="00823143" w:rsidRDefault="002B546B">
            <w:r>
              <w:rPr>
                <w:b/>
                <w:color w:val="4D4037"/>
                <w:sz w:val="17"/>
              </w:rPr>
              <w:t>Koolitus</w:t>
            </w:r>
          </w:p>
        </w:tc>
        <w:tc>
          <w:tcPr>
            <w:tcW w:w="3402" w:type="dxa"/>
            <w:tcBorders>
              <w:top w:val="single" w:sz="8" w:space="0" w:color="D9D4CC"/>
              <w:left w:val="single" w:sz="8" w:space="0" w:color="D9D4CC"/>
              <w:bottom w:val="single" w:sz="8" w:space="0" w:color="D9D4CC"/>
              <w:right w:val="single" w:sz="8" w:space="0" w:color="D9D4CC"/>
            </w:tcBorders>
            <w:tcMar>
              <w:top w:w="80" w:type="dxa"/>
              <w:left w:w="120" w:type="dxa"/>
              <w:bottom w:w="80" w:type="dxa"/>
              <w:right w:w="120" w:type="dxa"/>
            </w:tcMar>
            <w:vAlign w:val="center"/>
          </w:tcPr>
          <w:p w14:paraId="5CF5FA90" w14:textId="77777777" w:rsidR="00823143" w:rsidRDefault="00823143"/>
        </w:tc>
        <w:tc>
          <w:tcPr>
            <w:tcW w:w="1304" w:type="dxa"/>
            <w:gridSpan w:val="2"/>
            <w:tcBorders>
              <w:top w:val="single" w:sz="8" w:space="0" w:color="D9D4CC"/>
              <w:left w:val="single" w:sz="8" w:space="0" w:color="D9D4CC"/>
              <w:bottom w:val="single" w:sz="8" w:space="0" w:color="D9D4CC"/>
              <w:right w:val="single" w:sz="8" w:space="0" w:color="D9D4CC"/>
            </w:tcBorders>
            <w:shd w:val="clear" w:color="auto" w:fill="F4EFEA"/>
            <w:tcMar>
              <w:top w:w="80" w:type="dxa"/>
              <w:left w:w="120" w:type="dxa"/>
              <w:bottom w:w="80" w:type="dxa"/>
              <w:right w:w="120" w:type="dxa"/>
            </w:tcMar>
            <w:vAlign w:val="center"/>
          </w:tcPr>
          <w:p w14:paraId="639A4D4D" w14:textId="77777777" w:rsidR="00823143" w:rsidRDefault="002B546B">
            <w:r>
              <w:rPr>
                <w:b/>
                <w:color w:val="4D4037"/>
                <w:sz w:val="17"/>
              </w:rPr>
              <w:t>Kuupäev</w:t>
            </w:r>
          </w:p>
        </w:tc>
        <w:tc>
          <w:tcPr>
            <w:tcW w:w="3685" w:type="dxa"/>
            <w:gridSpan w:val="2"/>
            <w:tcBorders>
              <w:top w:val="single" w:sz="8" w:space="0" w:color="D9D4CC"/>
              <w:left w:val="single" w:sz="8" w:space="0" w:color="D9D4CC"/>
              <w:bottom w:val="single" w:sz="8" w:space="0" w:color="D9D4CC"/>
              <w:right w:val="single" w:sz="8" w:space="0" w:color="D9D4CC"/>
            </w:tcBorders>
            <w:tcMar>
              <w:top w:w="80" w:type="dxa"/>
              <w:left w:w="120" w:type="dxa"/>
              <w:bottom w:w="80" w:type="dxa"/>
              <w:right w:w="120" w:type="dxa"/>
            </w:tcMar>
            <w:vAlign w:val="center"/>
          </w:tcPr>
          <w:p w14:paraId="3194632F" w14:textId="77777777" w:rsidR="00823143" w:rsidRDefault="00823143"/>
        </w:tc>
      </w:tr>
      <w:tr w:rsidR="00823143" w14:paraId="64ACE5B0" w14:textId="77777777">
        <w:trPr>
          <w:jc w:val="center"/>
        </w:trPr>
        <w:tc>
          <w:tcPr>
            <w:tcW w:w="1531" w:type="dxa"/>
            <w:tcBorders>
              <w:top w:val="single" w:sz="8" w:space="0" w:color="D9D4CC"/>
              <w:left w:val="single" w:sz="8" w:space="0" w:color="D9D4CC"/>
              <w:bottom w:val="single" w:sz="8" w:space="0" w:color="D9D4CC"/>
              <w:right w:val="single" w:sz="8" w:space="0" w:color="D9D4CC"/>
            </w:tcBorders>
            <w:shd w:val="clear" w:color="auto" w:fill="F4EFEA"/>
            <w:tcMar>
              <w:top w:w="80" w:type="dxa"/>
              <w:left w:w="120" w:type="dxa"/>
              <w:bottom w:w="80" w:type="dxa"/>
              <w:right w:w="120" w:type="dxa"/>
            </w:tcMar>
            <w:vAlign w:val="center"/>
          </w:tcPr>
          <w:p w14:paraId="386824E5" w14:textId="77777777" w:rsidR="00823143" w:rsidRDefault="002B546B">
            <w:r>
              <w:rPr>
                <w:b/>
                <w:color w:val="4D4037"/>
                <w:sz w:val="17"/>
              </w:rPr>
              <w:t>Nimi</w:t>
            </w:r>
          </w:p>
        </w:tc>
        <w:tc>
          <w:tcPr>
            <w:tcW w:w="3402" w:type="dxa"/>
            <w:tcBorders>
              <w:top w:val="single" w:sz="8" w:space="0" w:color="D9D4CC"/>
              <w:left w:val="single" w:sz="8" w:space="0" w:color="D9D4CC"/>
              <w:bottom w:val="single" w:sz="8" w:space="0" w:color="D9D4CC"/>
              <w:right w:val="single" w:sz="8" w:space="0" w:color="D9D4CC"/>
            </w:tcBorders>
            <w:tcMar>
              <w:top w:w="80" w:type="dxa"/>
              <w:left w:w="120" w:type="dxa"/>
              <w:bottom w:w="80" w:type="dxa"/>
              <w:right w:w="120" w:type="dxa"/>
            </w:tcMar>
            <w:vAlign w:val="center"/>
          </w:tcPr>
          <w:p w14:paraId="0E5C2CE7" w14:textId="77777777" w:rsidR="00823143" w:rsidRDefault="00823143"/>
        </w:tc>
        <w:tc>
          <w:tcPr>
            <w:tcW w:w="1304" w:type="dxa"/>
            <w:gridSpan w:val="2"/>
            <w:tcBorders>
              <w:top w:val="single" w:sz="8" w:space="0" w:color="D9D4CC"/>
              <w:left w:val="single" w:sz="8" w:space="0" w:color="D9D4CC"/>
              <w:bottom w:val="single" w:sz="8" w:space="0" w:color="D9D4CC"/>
              <w:right w:val="single" w:sz="8" w:space="0" w:color="D9D4CC"/>
            </w:tcBorders>
            <w:shd w:val="clear" w:color="auto" w:fill="F4EFEA"/>
            <w:tcMar>
              <w:top w:w="80" w:type="dxa"/>
              <w:left w:w="120" w:type="dxa"/>
              <w:bottom w:w="80" w:type="dxa"/>
              <w:right w:w="120" w:type="dxa"/>
            </w:tcMar>
            <w:vAlign w:val="center"/>
          </w:tcPr>
          <w:p w14:paraId="013346E1" w14:textId="77777777" w:rsidR="00823143" w:rsidRDefault="002B546B">
            <w:r>
              <w:rPr>
                <w:b/>
                <w:color w:val="4D4037"/>
                <w:sz w:val="17"/>
              </w:rPr>
              <w:t>Soovin, et vastus oleks</w:t>
            </w:r>
          </w:p>
        </w:tc>
        <w:tc>
          <w:tcPr>
            <w:tcW w:w="3685" w:type="dxa"/>
            <w:gridSpan w:val="2"/>
            <w:tcBorders>
              <w:top w:val="single" w:sz="8" w:space="0" w:color="D9D4CC"/>
              <w:left w:val="single" w:sz="8" w:space="0" w:color="D9D4CC"/>
              <w:bottom w:val="single" w:sz="8" w:space="0" w:color="D9D4CC"/>
              <w:right w:val="single" w:sz="8" w:space="0" w:color="D9D4CC"/>
            </w:tcBorders>
            <w:tcMar>
              <w:top w:w="80" w:type="dxa"/>
              <w:left w:w="120" w:type="dxa"/>
              <w:bottom w:w="80" w:type="dxa"/>
              <w:right w:w="120" w:type="dxa"/>
            </w:tcMar>
            <w:vAlign w:val="center"/>
          </w:tcPr>
          <w:p w14:paraId="2732D89E" w14:textId="77777777" w:rsidR="00823143" w:rsidRDefault="002B546B">
            <w:r>
              <w:rPr>
                <w:color w:val="4D4037"/>
                <w:sz w:val="17"/>
              </w:rPr>
              <w:t>☐</w:t>
            </w:r>
            <w:r>
              <w:rPr>
                <w:color w:val="4D4037"/>
                <w:sz w:val="17"/>
              </w:rPr>
              <w:t xml:space="preserve"> nimeline   ☐ anonüümne</w:t>
            </w:r>
          </w:p>
        </w:tc>
      </w:tr>
    </w:tbl>
    <w:p w14:paraId="57F4706F" w14:textId="77777777" w:rsidR="00823143" w:rsidRDefault="00823143">
      <w:pPr>
        <w:spacing w:after="40"/>
      </w:pPr>
    </w:p>
    <w:tbl>
      <w:tblPr>
        <w:tblW w:w="0" w:type="auto"/>
        <w:jc w:val="center"/>
        <w:tblLook w:val="04A0" w:firstRow="1" w:lastRow="0" w:firstColumn="1" w:lastColumn="0" w:noHBand="0" w:noVBand="1"/>
      </w:tblPr>
      <w:tblGrid>
        <w:gridCol w:w="10356"/>
      </w:tblGrid>
      <w:tr w:rsidR="00823143" w14:paraId="6ACFF8CC" w14:textId="77777777">
        <w:trPr>
          <w:jc w:val="center"/>
        </w:trPr>
        <w:tc>
          <w:tcPr>
            <w:tcW w:w="10376" w:type="dxa"/>
            <w:tcBorders>
              <w:top w:val="single" w:sz="8" w:space="0" w:color="E3DCD3"/>
              <w:left w:val="single" w:sz="8" w:space="0" w:color="E3DCD3"/>
              <w:bottom w:val="single" w:sz="8" w:space="0" w:color="E3DCD3"/>
              <w:right w:val="single" w:sz="8" w:space="0" w:color="E3DCD3"/>
            </w:tcBorders>
            <w:shd w:val="clear" w:color="auto" w:fill="FAF7F3"/>
            <w:tcMar>
              <w:top w:w="130" w:type="dxa"/>
              <w:left w:w="160" w:type="dxa"/>
              <w:bottom w:w="130" w:type="dxa"/>
              <w:right w:w="160" w:type="dxa"/>
            </w:tcMar>
          </w:tcPr>
          <w:p w14:paraId="578A2C3D" w14:textId="77777777" w:rsidR="00823143" w:rsidRDefault="002B546B">
            <w:r>
              <w:rPr>
                <w:color w:val="3F3832"/>
                <w:sz w:val="17"/>
              </w:rPr>
              <w:t>Palun vasta ausalt ja konkreetselt. Vorm ei ole teadmiste kontroll, vaid aitab Sul märgata, mida koolitus Sinus käivitas, mida saad oma töösse kaasa võtta ning millist tuge või selgust veel vajad.</w:t>
            </w:r>
          </w:p>
        </w:tc>
      </w:tr>
    </w:tbl>
    <w:tbl>
      <w:tblPr>
        <w:tblW w:w="0" w:type="auto"/>
        <w:jc w:val="center"/>
        <w:tblLayout w:type="fixed"/>
        <w:tblLook w:val="04A0" w:firstRow="1" w:lastRow="0" w:firstColumn="1" w:lastColumn="0" w:noHBand="0" w:noVBand="1"/>
      </w:tblPr>
      <w:tblGrid>
        <w:gridCol w:w="10376"/>
      </w:tblGrid>
      <w:tr w:rsidR="00823143" w14:paraId="604B38C5" w14:textId="77777777">
        <w:trPr>
          <w:jc w:val="center"/>
        </w:trPr>
        <w:tc>
          <w:tcPr>
            <w:tcW w:w="10376" w:type="dxa"/>
            <w:tcBorders>
              <w:top w:val="single" w:sz="8" w:space="0" w:color="8D6B55"/>
              <w:left w:val="single" w:sz="8" w:space="0" w:color="8D6B55"/>
              <w:bottom w:val="single" w:sz="8" w:space="0" w:color="8D6B55"/>
              <w:right w:val="single" w:sz="8" w:space="0" w:color="8D6B55"/>
            </w:tcBorders>
            <w:shd w:val="clear" w:color="auto" w:fill="8D6B55"/>
            <w:tcMar>
              <w:top w:w="70" w:type="dxa"/>
              <w:left w:w="140" w:type="dxa"/>
              <w:bottom w:w="70" w:type="dxa"/>
              <w:right w:w="140" w:type="dxa"/>
            </w:tcMar>
          </w:tcPr>
          <w:p w14:paraId="4788A5BE" w14:textId="77777777" w:rsidR="00823143" w:rsidRDefault="002B546B">
            <w:r>
              <w:rPr>
                <w:b/>
                <w:color w:val="FFFFFF"/>
              </w:rPr>
              <w:t>1. MIS KÕIGE ROHKEM TOETAS?</w:t>
            </w:r>
          </w:p>
        </w:tc>
      </w:tr>
      <w:tr w:rsidR="00823143" w14:paraId="3434C694" w14:textId="77777777">
        <w:trPr>
          <w:jc w:val="center"/>
        </w:trPr>
        <w:tc>
          <w:tcPr>
            <w:tcW w:w="10376" w:type="dxa"/>
            <w:tcBorders>
              <w:top w:val="single" w:sz="8" w:space="0" w:color="D9D4CC"/>
              <w:left w:val="single" w:sz="8" w:space="0" w:color="D9D4CC"/>
              <w:bottom w:val="single" w:sz="8" w:space="0" w:color="D9D4CC"/>
              <w:right w:val="single" w:sz="8" w:space="0" w:color="D9D4CC"/>
            </w:tcBorders>
            <w:tcMar>
              <w:top w:w="105" w:type="dxa"/>
              <w:left w:w="140" w:type="dxa"/>
              <w:bottom w:w="105" w:type="dxa"/>
              <w:right w:w="140" w:type="dxa"/>
            </w:tcMar>
          </w:tcPr>
          <w:p w14:paraId="40CDDA19" w14:textId="77777777" w:rsidR="00823143" w:rsidRDefault="002B546B">
            <w:r>
              <w:rPr>
                <w:color w:val="5B5148"/>
                <w:sz w:val="17"/>
              </w:rPr>
              <w:t>Mis mõte, meetod, harjutus või arutelu oli Sinu jaoks täna kõige väärtuslikum? Miks?</w:t>
            </w:r>
            <w:r>
              <w:rPr>
                <w:color w:val="5B5148"/>
                <w:sz w:val="17"/>
              </w:rPr>
              <w:br/>
              <w:t>________________________________________________________________________________</w:t>
            </w:r>
            <w:r>
              <w:rPr>
                <w:color w:val="5B5148"/>
                <w:sz w:val="17"/>
              </w:rPr>
              <w:br/>
              <w:t>________________________________________________________________________________</w:t>
            </w:r>
          </w:p>
        </w:tc>
      </w:tr>
    </w:tbl>
    <w:p w14:paraId="67B2D8E8" w14:textId="77777777" w:rsidR="00823143" w:rsidRDefault="00823143">
      <w:pPr>
        <w:spacing w:after="20"/>
      </w:pPr>
    </w:p>
    <w:tbl>
      <w:tblPr>
        <w:tblW w:w="0" w:type="auto"/>
        <w:jc w:val="center"/>
        <w:tblLayout w:type="fixed"/>
        <w:tblLook w:val="04A0" w:firstRow="1" w:lastRow="0" w:firstColumn="1" w:lastColumn="0" w:noHBand="0" w:noVBand="1"/>
      </w:tblPr>
      <w:tblGrid>
        <w:gridCol w:w="10376"/>
      </w:tblGrid>
      <w:tr w:rsidR="00823143" w14:paraId="2AF76673" w14:textId="77777777">
        <w:trPr>
          <w:jc w:val="center"/>
        </w:trPr>
        <w:tc>
          <w:tcPr>
            <w:tcW w:w="10376" w:type="dxa"/>
            <w:tcBorders>
              <w:top w:val="single" w:sz="8" w:space="0" w:color="8D6B55"/>
              <w:left w:val="single" w:sz="8" w:space="0" w:color="8D6B55"/>
              <w:bottom w:val="single" w:sz="8" w:space="0" w:color="8D6B55"/>
              <w:right w:val="single" w:sz="8" w:space="0" w:color="8D6B55"/>
            </w:tcBorders>
            <w:shd w:val="clear" w:color="auto" w:fill="8D6B55"/>
            <w:tcMar>
              <w:top w:w="70" w:type="dxa"/>
              <w:left w:w="140" w:type="dxa"/>
              <w:bottom w:w="70" w:type="dxa"/>
              <w:right w:w="140" w:type="dxa"/>
            </w:tcMar>
          </w:tcPr>
          <w:p w14:paraId="53381E83" w14:textId="77777777" w:rsidR="00823143" w:rsidRDefault="002B546B">
            <w:r>
              <w:rPr>
                <w:b/>
                <w:color w:val="FFFFFF"/>
              </w:rPr>
              <w:t>2. MINU OLULISIM TAIPAMINE</w:t>
            </w:r>
          </w:p>
        </w:tc>
      </w:tr>
      <w:tr w:rsidR="00823143" w14:paraId="687DF8EA" w14:textId="77777777">
        <w:trPr>
          <w:jc w:val="center"/>
        </w:trPr>
        <w:tc>
          <w:tcPr>
            <w:tcW w:w="10376" w:type="dxa"/>
            <w:tcBorders>
              <w:top w:val="single" w:sz="8" w:space="0" w:color="D9D4CC"/>
              <w:left w:val="single" w:sz="8" w:space="0" w:color="D9D4CC"/>
              <w:bottom w:val="single" w:sz="8" w:space="0" w:color="D9D4CC"/>
              <w:right w:val="single" w:sz="8" w:space="0" w:color="D9D4CC"/>
            </w:tcBorders>
            <w:tcMar>
              <w:top w:w="105" w:type="dxa"/>
              <w:left w:w="140" w:type="dxa"/>
              <w:bottom w:w="105" w:type="dxa"/>
              <w:right w:w="140" w:type="dxa"/>
            </w:tcMar>
          </w:tcPr>
          <w:p w14:paraId="702221F7" w14:textId="77777777" w:rsidR="00823143" w:rsidRDefault="002B546B">
            <w:r>
              <w:rPr>
                <w:color w:val="5B5148"/>
                <w:sz w:val="17"/>
              </w:rPr>
              <w:t>Mis muutus Sinu mõtlemises, hoiakus või enesekindluses? Millist seost näed oma igapäevatööga?</w:t>
            </w:r>
            <w:r>
              <w:rPr>
                <w:color w:val="5B5148"/>
                <w:sz w:val="17"/>
              </w:rPr>
              <w:br/>
              <w:t>________________________________________________________________________________</w:t>
            </w:r>
            <w:r>
              <w:rPr>
                <w:color w:val="5B5148"/>
                <w:sz w:val="17"/>
              </w:rPr>
              <w:br/>
            </w:r>
            <w:r>
              <w:rPr>
                <w:color w:val="5B5148"/>
                <w:sz w:val="17"/>
              </w:rPr>
              <w:t>________________________________________________________________________________</w:t>
            </w:r>
          </w:p>
        </w:tc>
      </w:tr>
    </w:tbl>
    <w:p w14:paraId="43C31056" w14:textId="77777777" w:rsidR="00823143" w:rsidRDefault="00823143">
      <w:pPr>
        <w:spacing w:after="20"/>
      </w:pPr>
    </w:p>
    <w:tbl>
      <w:tblPr>
        <w:tblW w:w="0" w:type="auto"/>
        <w:jc w:val="center"/>
        <w:tblLayout w:type="fixed"/>
        <w:tblLook w:val="04A0" w:firstRow="1" w:lastRow="0" w:firstColumn="1" w:lastColumn="0" w:noHBand="0" w:noVBand="1"/>
      </w:tblPr>
      <w:tblGrid>
        <w:gridCol w:w="10376"/>
      </w:tblGrid>
      <w:tr w:rsidR="00823143" w14:paraId="69757292" w14:textId="77777777">
        <w:trPr>
          <w:jc w:val="center"/>
        </w:trPr>
        <w:tc>
          <w:tcPr>
            <w:tcW w:w="10376" w:type="dxa"/>
            <w:tcBorders>
              <w:top w:val="single" w:sz="8" w:space="0" w:color="8D6B55"/>
              <w:left w:val="single" w:sz="8" w:space="0" w:color="8D6B55"/>
              <w:bottom w:val="single" w:sz="8" w:space="0" w:color="8D6B55"/>
              <w:right w:val="single" w:sz="8" w:space="0" w:color="8D6B55"/>
            </w:tcBorders>
            <w:shd w:val="clear" w:color="auto" w:fill="8D6B55"/>
            <w:tcMar>
              <w:top w:w="70" w:type="dxa"/>
              <w:left w:w="140" w:type="dxa"/>
              <w:bottom w:w="70" w:type="dxa"/>
              <w:right w:w="140" w:type="dxa"/>
            </w:tcMar>
          </w:tcPr>
          <w:p w14:paraId="2D56793A" w14:textId="77777777" w:rsidR="00823143" w:rsidRDefault="002B546B">
            <w:r>
              <w:rPr>
                <w:b/>
                <w:color w:val="FFFFFF"/>
              </w:rPr>
              <w:t>3. MIDA RAKENDAN ESIMESENA?</w:t>
            </w:r>
          </w:p>
        </w:tc>
      </w:tr>
      <w:tr w:rsidR="00823143" w14:paraId="31665F47" w14:textId="77777777">
        <w:trPr>
          <w:jc w:val="center"/>
        </w:trPr>
        <w:tc>
          <w:tcPr>
            <w:tcW w:w="10376" w:type="dxa"/>
            <w:tcBorders>
              <w:top w:val="single" w:sz="8" w:space="0" w:color="D9D4CC"/>
              <w:left w:val="single" w:sz="8" w:space="0" w:color="D9D4CC"/>
              <w:bottom w:val="single" w:sz="8" w:space="0" w:color="D9D4CC"/>
              <w:right w:val="single" w:sz="8" w:space="0" w:color="D9D4CC"/>
            </w:tcBorders>
            <w:tcMar>
              <w:top w:w="105" w:type="dxa"/>
              <w:left w:w="140" w:type="dxa"/>
              <w:bottom w:w="105" w:type="dxa"/>
              <w:right w:w="140" w:type="dxa"/>
            </w:tcMar>
          </w:tcPr>
          <w:p w14:paraId="59B93656" w14:textId="77777777" w:rsidR="00823143" w:rsidRDefault="002B546B">
            <w:r>
              <w:rPr>
                <w:color w:val="5B5148"/>
                <w:sz w:val="17"/>
              </w:rPr>
              <w:t>Kirjuta üks konkreetne töövõte, lause, küsimus või tegevus, mida katsetad järgmise 7 päeva jooksul.</w:t>
            </w:r>
            <w:r>
              <w:rPr>
                <w:color w:val="5B5148"/>
                <w:sz w:val="17"/>
              </w:rPr>
              <w:br/>
              <w:t>________________________________________________________________________________</w:t>
            </w:r>
            <w:r>
              <w:rPr>
                <w:color w:val="5B5148"/>
                <w:sz w:val="17"/>
              </w:rPr>
              <w:br/>
              <w:t>________________________________________________________________________________</w:t>
            </w:r>
          </w:p>
        </w:tc>
      </w:tr>
    </w:tbl>
    <w:p w14:paraId="3F61FF0F" w14:textId="77777777" w:rsidR="00823143" w:rsidRDefault="00823143">
      <w:pPr>
        <w:spacing w:after="20"/>
      </w:pPr>
    </w:p>
    <w:tbl>
      <w:tblPr>
        <w:tblW w:w="0" w:type="auto"/>
        <w:jc w:val="center"/>
        <w:tblLayout w:type="fixed"/>
        <w:tblLook w:val="04A0" w:firstRow="1" w:lastRow="0" w:firstColumn="1" w:lastColumn="0" w:noHBand="0" w:noVBand="1"/>
      </w:tblPr>
      <w:tblGrid>
        <w:gridCol w:w="10376"/>
      </w:tblGrid>
      <w:tr w:rsidR="00823143" w14:paraId="0B55F65E" w14:textId="77777777">
        <w:trPr>
          <w:jc w:val="center"/>
        </w:trPr>
        <w:tc>
          <w:tcPr>
            <w:tcW w:w="10376" w:type="dxa"/>
            <w:tcBorders>
              <w:top w:val="single" w:sz="8" w:space="0" w:color="8D6B55"/>
              <w:left w:val="single" w:sz="8" w:space="0" w:color="8D6B55"/>
              <w:bottom w:val="single" w:sz="8" w:space="0" w:color="8D6B55"/>
              <w:right w:val="single" w:sz="8" w:space="0" w:color="8D6B55"/>
            </w:tcBorders>
            <w:shd w:val="clear" w:color="auto" w:fill="8D6B55"/>
            <w:tcMar>
              <w:top w:w="70" w:type="dxa"/>
              <w:left w:w="140" w:type="dxa"/>
              <w:bottom w:w="70" w:type="dxa"/>
              <w:right w:w="140" w:type="dxa"/>
            </w:tcMar>
          </w:tcPr>
          <w:p w14:paraId="2D82BB3E" w14:textId="77777777" w:rsidR="00823143" w:rsidRDefault="002B546B">
            <w:r>
              <w:rPr>
                <w:b/>
                <w:color w:val="FFFFFF"/>
              </w:rPr>
              <w:t>4. MIS VAJAB VEEL SELGUST VÕI TUGE?</w:t>
            </w:r>
          </w:p>
        </w:tc>
      </w:tr>
      <w:tr w:rsidR="00823143" w14:paraId="57A65635" w14:textId="77777777">
        <w:trPr>
          <w:jc w:val="center"/>
        </w:trPr>
        <w:tc>
          <w:tcPr>
            <w:tcW w:w="10376" w:type="dxa"/>
            <w:tcBorders>
              <w:top w:val="single" w:sz="8" w:space="0" w:color="D9D4CC"/>
              <w:left w:val="single" w:sz="8" w:space="0" w:color="D9D4CC"/>
              <w:bottom w:val="single" w:sz="8" w:space="0" w:color="D9D4CC"/>
              <w:right w:val="single" w:sz="8" w:space="0" w:color="D9D4CC"/>
            </w:tcBorders>
            <w:tcMar>
              <w:top w:w="105" w:type="dxa"/>
              <w:left w:w="140" w:type="dxa"/>
              <w:bottom w:w="105" w:type="dxa"/>
              <w:right w:w="140" w:type="dxa"/>
            </w:tcMar>
          </w:tcPr>
          <w:p w14:paraId="7BD93A81" w14:textId="77777777" w:rsidR="00823143" w:rsidRDefault="002B546B">
            <w:r>
              <w:rPr>
                <w:color w:val="5B5148"/>
                <w:sz w:val="17"/>
              </w:rPr>
              <w:t>Milline teema, oskus või olukord jäi Sinu jaoks veel ebakindlaks või vajab jätkuvat harjutamist?</w:t>
            </w:r>
            <w:r>
              <w:rPr>
                <w:color w:val="5B5148"/>
                <w:sz w:val="17"/>
              </w:rPr>
              <w:br/>
              <w:t>________________________________________________________________________________</w:t>
            </w:r>
            <w:r>
              <w:rPr>
                <w:color w:val="5B5148"/>
                <w:sz w:val="17"/>
              </w:rPr>
              <w:br/>
              <w:t>________________________________________________________________________________</w:t>
            </w:r>
          </w:p>
        </w:tc>
      </w:tr>
    </w:tbl>
    <w:p w14:paraId="23460619" w14:textId="77777777" w:rsidR="00823143" w:rsidRDefault="00823143">
      <w:pPr>
        <w:spacing w:after="20"/>
      </w:pPr>
    </w:p>
    <w:tbl>
      <w:tblPr>
        <w:tblW w:w="0" w:type="auto"/>
        <w:jc w:val="center"/>
        <w:tblLayout w:type="fixed"/>
        <w:tblLook w:val="04A0" w:firstRow="1" w:lastRow="0" w:firstColumn="1" w:lastColumn="0" w:noHBand="0" w:noVBand="1"/>
      </w:tblPr>
      <w:tblGrid>
        <w:gridCol w:w="5188"/>
        <w:gridCol w:w="5188"/>
      </w:tblGrid>
      <w:tr w:rsidR="00823143" w14:paraId="5881A0F5" w14:textId="77777777">
        <w:trPr>
          <w:jc w:val="center"/>
        </w:trPr>
        <w:tc>
          <w:tcPr>
            <w:tcW w:w="5188" w:type="dxa"/>
            <w:tcBorders>
              <w:top w:val="single" w:sz="8" w:space="0" w:color="D9D4CC"/>
              <w:left w:val="single" w:sz="8" w:space="0" w:color="D9D4CC"/>
              <w:bottom w:val="single" w:sz="8" w:space="0" w:color="D9D4CC"/>
              <w:right w:val="single" w:sz="8" w:space="0" w:color="D9D4CC"/>
            </w:tcBorders>
            <w:shd w:val="clear" w:color="auto" w:fill="F4EFEA"/>
            <w:tcMar>
              <w:top w:w="100" w:type="dxa"/>
              <w:left w:w="140" w:type="dxa"/>
              <w:bottom w:w="100" w:type="dxa"/>
              <w:right w:w="140" w:type="dxa"/>
            </w:tcMar>
          </w:tcPr>
          <w:p w14:paraId="5064B490" w14:textId="77777777" w:rsidR="00823143" w:rsidRDefault="002B546B">
            <w:r>
              <w:rPr>
                <w:color w:val="5B5148"/>
                <w:sz w:val="17"/>
              </w:rPr>
              <w:t>5. ENESEHINNANG PÄRAST KOOLITUST</w:t>
            </w:r>
            <w:r>
              <w:rPr>
                <w:color w:val="5B5148"/>
                <w:sz w:val="17"/>
              </w:rPr>
              <w:br/>
              <w:t>Märgi sobiv number või tee ring ümber.</w:t>
            </w:r>
            <w:r>
              <w:rPr>
                <w:color w:val="5B5148"/>
                <w:sz w:val="17"/>
              </w:rPr>
              <w:br/>
            </w:r>
            <w:r>
              <w:rPr>
                <w:color w:val="5B5148"/>
                <w:sz w:val="17"/>
              </w:rPr>
              <w:br/>
              <w:t>Minu selgus ja kindlus teemaga tegelemisel on praegu:</w:t>
            </w:r>
            <w:r>
              <w:rPr>
                <w:color w:val="5B5148"/>
                <w:sz w:val="17"/>
              </w:rPr>
              <w:br/>
            </w:r>
            <w:r>
              <w:rPr>
                <w:color w:val="5B5148"/>
                <w:sz w:val="17"/>
              </w:rPr>
              <w:br/>
              <w:t>1    2    3    4    5    6    7    8    9    10</w:t>
            </w:r>
            <w:r>
              <w:rPr>
                <w:color w:val="5B5148"/>
                <w:sz w:val="17"/>
              </w:rPr>
              <w:br/>
            </w:r>
            <w:r>
              <w:rPr>
                <w:color w:val="5B5148"/>
                <w:sz w:val="17"/>
              </w:rPr>
              <w:br/>
            </w:r>
            <w:r>
              <w:rPr>
                <w:color w:val="5B5148"/>
                <w:sz w:val="17"/>
              </w:rPr>
              <w:lastRenderedPageBreak/>
              <w:t>Mis seda hinnangut kõige rohkem mõjutab?</w:t>
            </w:r>
            <w:r>
              <w:rPr>
                <w:color w:val="5B5148"/>
                <w:sz w:val="17"/>
              </w:rPr>
              <w:br/>
            </w:r>
            <w:r>
              <w:rPr>
                <w:color w:val="5B5148"/>
                <w:sz w:val="17"/>
              </w:rPr>
              <w:t>________________________________________________________________________________</w:t>
            </w:r>
          </w:p>
        </w:tc>
        <w:tc>
          <w:tcPr>
            <w:tcW w:w="5188" w:type="dxa"/>
            <w:tcBorders>
              <w:top w:val="single" w:sz="8" w:space="0" w:color="D9D4CC"/>
              <w:left w:val="single" w:sz="8" w:space="0" w:color="D9D4CC"/>
              <w:bottom w:val="single" w:sz="8" w:space="0" w:color="D9D4CC"/>
              <w:right w:val="single" w:sz="8" w:space="0" w:color="D9D4CC"/>
            </w:tcBorders>
            <w:shd w:val="clear" w:color="auto" w:fill="F4EFEA"/>
            <w:tcMar>
              <w:top w:w="100" w:type="dxa"/>
              <w:left w:w="140" w:type="dxa"/>
              <w:bottom w:w="100" w:type="dxa"/>
              <w:right w:w="140" w:type="dxa"/>
            </w:tcMar>
          </w:tcPr>
          <w:p w14:paraId="426FDD17" w14:textId="77777777" w:rsidR="00823143" w:rsidRDefault="002B546B">
            <w:r>
              <w:rPr>
                <w:color w:val="5B5148"/>
                <w:sz w:val="17"/>
              </w:rPr>
              <w:lastRenderedPageBreak/>
              <w:t>6. MINU VÄIKE EDASISAMM</w:t>
            </w:r>
            <w:r>
              <w:rPr>
                <w:color w:val="5B5148"/>
                <w:sz w:val="17"/>
              </w:rPr>
              <w:br/>
              <w:t>Sõnastan endale ühe realistliku lubaduse.</w:t>
            </w:r>
            <w:r>
              <w:rPr>
                <w:color w:val="5B5148"/>
                <w:sz w:val="17"/>
              </w:rPr>
              <w:br/>
            </w:r>
            <w:r>
              <w:rPr>
                <w:color w:val="5B5148"/>
                <w:sz w:val="17"/>
              </w:rPr>
              <w:br/>
              <w:t>Järgmise nädala jooksul ma…</w:t>
            </w:r>
            <w:r>
              <w:rPr>
                <w:color w:val="5B5148"/>
                <w:sz w:val="17"/>
              </w:rPr>
              <w:br/>
              <w:t>________________________________________________________________________________</w:t>
            </w:r>
            <w:r>
              <w:rPr>
                <w:color w:val="5B5148"/>
                <w:sz w:val="17"/>
              </w:rPr>
              <w:br/>
            </w:r>
            <w:r>
              <w:rPr>
                <w:color w:val="5B5148"/>
                <w:sz w:val="17"/>
              </w:rPr>
              <w:lastRenderedPageBreak/>
              <w:t>________________________________________________________________________________</w:t>
            </w:r>
          </w:p>
        </w:tc>
      </w:tr>
    </w:tbl>
    <w:p w14:paraId="0008BC89" w14:textId="77777777" w:rsidR="00823143" w:rsidRDefault="002B546B">
      <w:pPr>
        <w:spacing w:before="80"/>
        <w:jc w:val="center"/>
      </w:pPr>
      <w:r>
        <w:rPr>
          <w:i/>
          <w:color w:val="8D6B55"/>
          <w:sz w:val="16"/>
        </w:rPr>
        <w:lastRenderedPageBreak/>
        <w:t>Aitäh, et aitad mul õppida ja koos Sinuga kasvada.  •  JULGEN olla KINDEL</w:t>
      </w:r>
    </w:p>
    <w:sectPr w:rsidR="00823143" w:rsidSect="00034616">
      <w:pgSz w:w="11906" w:h="16838"/>
      <w:pgMar w:top="652" w:right="765" w:bottom="595" w:left="76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oendi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oendi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oenditpp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oenditpp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oendi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oenditpp"/>
      <w:lvlText w:val=""/>
      <w:lvlJc w:val="left"/>
      <w:pPr>
        <w:tabs>
          <w:tab w:val="num" w:pos="360"/>
        </w:tabs>
        <w:ind w:left="360" w:hanging="360"/>
      </w:pPr>
      <w:rPr>
        <w:rFonts w:ascii="Symbol" w:hAnsi="Symbol" w:hint="default"/>
      </w:rPr>
    </w:lvl>
  </w:abstractNum>
  <w:num w:numId="1" w16cid:durableId="2016572902">
    <w:abstractNumId w:val="8"/>
  </w:num>
  <w:num w:numId="2" w16cid:durableId="200438317">
    <w:abstractNumId w:val="6"/>
  </w:num>
  <w:num w:numId="3" w16cid:durableId="695692146">
    <w:abstractNumId w:val="5"/>
  </w:num>
  <w:num w:numId="4" w16cid:durableId="1433891421">
    <w:abstractNumId w:val="4"/>
  </w:num>
  <w:num w:numId="5" w16cid:durableId="989484638">
    <w:abstractNumId w:val="7"/>
  </w:num>
  <w:num w:numId="6" w16cid:durableId="2044743269">
    <w:abstractNumId w:val="3"/>
  </w:num>
  <w:num w:numId="7" w16cid:durableId="1574048443">
    <w:abstractNumId w:val="2"/>
  </w:num>
  <w:num w:numId="8" w16cid:durableId="676998370">
    <w:abstractNumId w:val="1"/>
  </w:num>
  <w:num w:numId="9" w16cid:durableId="1687711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B546B"/>
    <w:rsid w:val="00326F90"/>
    <w:rsid w:val="006A6E9F"/>
    <w:rsid w:val="00823143"/>
    <w:rsid w:val="00AA1D8D"/>
    <w:rsid w:val="00B47730"/>
    <w:rsid w:val="00CB0664"/>
    <w:rsid w:val="00E83A8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6DF6D78-9031-41F0-A119-2EECC0449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C693F"/>
    <w:rPr>
      <w:rFonts w:ascii="Aptos" w:eastAsia="Aptos" w:hAnsi="Aptos"/>
      <w:sz w:val="18"/>
    </w:rPr>
  </w:style>
  <w:style w:type="paragraph" w:styleId="Pealkiri1">
    <w:name w:val="heading 1"/>
    <w:basedOn w:val="Normaallaad"/>
    <w:next w:val="Normaallaad"/>
    <w:link w:val="Pealkiri1Mr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Pealkiri2">
    <w:name w:val="heading 2"/>
    <w:basedOn w:val="Normaallaad"/>
    <w:next w:val="Normaallaad"/>
    <w:link w:val="Pealkiri2Mr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Pealkiri3">
    <w:name w:val="heading 3"/>
    <w:basedOn w:val="Normaallaad"/>
    <w:next w:val="Normaallaad"/>
    <w:link w:val="Pealkiri3Mr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Pealkiri4">
    <w:name w:val="heading 4"/>
    <w:basedOn w:val="Normaallaad"/>
    <w:next w:val="Normaallaad"/>
    <w:link w:val="Pealkiri4Mr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Pealkiri5">
    <w:name w:val="heading 5"/>
    <w:basedOn w:val="Normaallaad"/>
    <w:next w:val="Normaallaad"/>
    <w:link w:val="Pealkiri5Mr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Pealkiri6">
    <w:name w:val="heading 6"/>
    <w:basedOn w:val="Normaallaad"/>
    <w:next w:val="Normaallaad"/>
    <w:link w:val="Pealkiri6Mr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Pealkiri7">
    <w:name w:val="heading 7"/>
    <w:basedOn w:val="Normaallaad"/>
    <w:next w:val="Normaallaad"/>
    <w:link w:val="Pealkiri7Mr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Pealkiri8">
    <w:name w:val="heading 8"/>
    <w:basedOn w:val="Normaallaad"/>
    <w:next w:val="Normaallaad"/>
    <w:link w:val="Pealkiri8Mr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Pealkiri9">
    <w:name w:val="heading 9"/>
    <w:basedOn w:val="Normaallaad"/>
    <w:next w:val="Normaallaad"/>
    <w:link w:val="Pealkiri9Mr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E618BF"/>
    <w:pPr>
      <w:tabs>
        <w:tab w:val="center" w:pos="4680"/>
        <w:tab w:val="right" w:pos="9360"/>
      </w:tabs>
      <w:spacing w:after="0" w:line="240" w:lineRule="auto"/>
    </w:pPr>
  </w:style>
  <w:style w:type="character" w:customStyle="1" w:styleId="PisMrk">
    <w:name w:val="Päis Märk"/>
    <w:basedOn w:val="Liguvaikefont"/>
    <w:link w:val="Pis"/>
    <w:uiPriority w:val="99"/>
    <w:rsid w:val="00E618BF"/>
  </w:style>
  <w:style w:type="paragraph" w:styleId="Jalus">
    <w:name w:val="footer"/>
    <w:basedOn w:val="Normaallaad"/>
    <w:link w:val="JalusMrk"/>
    <w:uiPriority w:val="99"/>
    <w:unhideWhenUsed/>
    <w:rsid w:val="00E618BF"/>
    <w:pPr>
      <w:tabs>
        <w:tab w:val="center" w:pos="4680"/>
        <w:tab w:val="right" w:pos="9360"/>
      </w:tabs>
      <w:spacing w:after="0" w:line="240" w:lineRule="auto"/>
    </w:pPr>
  </w:style>
  <w:style w:type="character" w:customStyle="1" w:styleId="JalusMrk">
    <w:name w:val="Jalus Märk"/>
    <w:basedOn w:val="Liguvaikefont"/>
    <w:link w:val="Jalus"/>
    <w:uiPriority w:val="99"/>
    <w:rsid w:val="00E618BF"/>
  </w:style>
  <w:style w:type="paragraph" w:styleId="Vahedeta">
    <w:name w:val="No Spacing"/>
    <w:uiPriority w:val="1"/>
    <w:qFormat/>
    <w:rsid w:val="00FC693F"/>
    <w:pPr>
      <w:spacing w:after="0" w:line="240" w:lineRule="auto"/>
    </w:pPr>
  </w:style>
  <w:style w:type="character" w:customStyle="1" w:styleId="Pealkiri1Mrk">
    <w:name w:val="Pealkiri 1 Märk"/>
    <w:basedOn w:val="Liguvaikefont"/>
    <w:link w:val="Pealkiri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Pealkiri2Mrk">
    <w:name w:val="Pealkiri 2 Märk"/>
    <w:basedOn w:val="Liguvaikefont"/>
    <w:link w:val="Pealkiri2"/>
    <w:uiPriority w:val="9"/>
    <w:rsid w:val="00FC693F"/>
    <w:rPr>
      <w:rFonts w:asciiTheme="majorHAnsi" w:eastAsiaTheme="majorEastAsia" w:hAnsiTheme="majorHAnsi" w:cstheme="majorBidi"/>
      <w:b/>
      <w:bCs/>
      <w:color w:val="4F81BD" w:themeColor="accent1"/>
      <w:sz w:val="26"/>
      <w:szCs w:val="26"/>
    </w:rPr>
  </w:style>
  <w:style w:type="character" w:customStyle="1" w:styleId="Pealkiri3Mrk">
    <w:name w:val="Pealkiri 3 Märk"/>
    <w:basedOn w:val="Liguvaikefont"/>
    <w:link w:val="Pealkiri3"/>
    <w:uiPriority w:val="9"/>
    <w:rsid w:val="00FC693F"/>
    <w:rPr>
      <w:rFonts w:asciiTheme="majorHAnsi" w:eastAsiaTheme="majorEastAsia" w:hAnsiTheme="majorHAnsi" w:cstheme="majorBidi"/>
      <w:b/>
      <w:bCs/>
      <w:color w:val="4F81BD" w:themeColor="accent1"/>
    </w:rPr>
  </w:style>
  <w:style w:type="paragraph" w:styleId="Pealkiri">
    <w:name w:val="Title"/>
    <w:basedOn w:val="Normaallaad"/>
    <w:next w:val="Normaallaad"/>
    <w:link w:val="PealkiriMr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ealkiriMrk">
    <w:name w:val="Pealkiri Märk"/>
    <w:basedOn w:val="Liguvaikefont"/>
    <w:link w:val="Pealkiri"/>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apealkiri">
    <w:name w:val="Subtitle"/>
    <w:basedOn w:val="Normaallaad"/>
    <w:next w:val="Normaallaad"/>
    <w:link w:val="AlapealkiriMr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apealkiriMrk">
    <w:name w:val="Alapealkiri Märk"/>
    <w:basedOn w:val="Liguvaikefont"/>
    <w:link w:val="Alapealkiri"/>
    <w:uiPriority w:val="11"/>
    <w:rsid w:val="00FC693F"/>
    <w:rPr>
      <w:rFonts w:asciiTheme="majorHAnsi" w:eastAsiaTheme="majorEastAsia" w:hAnsiTheme="majorHAnsi" w:cstheme="majorBidi"/>
      <w:i/>
      <w:iCs/>
      <w:color w:val="4F81BD" w:themeColor="accent1"/>
      <w:spacing w:val="15"/>
      <w:sz w:val="24"/>
      <w:szCs w:val="24"/>
    </w:rPr>
  </w:style>
  <w:style w:type="paragraph" w:styleId="Loendilik">
    <w:name w:val="List Paragraph"/>
    <w:basedOn w:val="Normaallaad"/>
    <w:uiPriority w:val="34"/>
    <w:qFormat/>
    <w:rsid w:val="00FC693F"/>
    <w:pPr>
      <w:ind w:left="720"/>
      <w:contextualSpacing/>
    </w:pPr>
  </w:style>
  <w:style w:type="paragraph" w:styleId="Kehatekst">
    <w:name w:val="Body Text"/>
    <w:basedOn w:val="Normaallaad"/>
    <w:link w:val="KehatekstMrk"/>
    <w:uiPriority w:val="99"/>
    <w:unhideWhenUsed/>
    <w:rsid w:val="00AA1D8D"/>
    <w:pPr>
      <w:spacing w:after="120"/>
    </w:pPr>
  </w:style>
  <w:style w:type="character" w:customStyle="1" w:styleId="KehatekstMrk">
    <w:name w:val="Kehatekst Märk"/>
    <w:basedOn w:val="Liguvaikefont"/>
    <w:link w:val="Kehatekst"/>
    <w:uiPriority w:val="99"/>
    <w:rsid w:val="00AA1D8D"/>
  </w:style>
  <w:style w:type="paragraph" w:styleId="Kehatekst2">
    <w:name w:val="Body Text 2"/>
    <w:basedOn w:val="Normaallaad"/>
    <w:link w:val="Kehatekst2Mrk"/>
    <w:uiPriority w:val="99"/>
    <w:unhideWhenUsed/>
    <w:rsid w:val="00AA1D8D"/>
    <w:pPr>
      <w:spacing w:after="120" w:line="480" w:lineRule="auto"/>
    </w:pPr>
  </w:style>
  <w:style w:type="character" w:customStyle="1" w:styleId="Kehatekst2Mrk">
    <w:name w:val="Kehatekst 2 Märk"/>
    <w:basedOn w:val="Liguvaikefont"/>
    <w:link w:val="Kehatekst2"/>
    <w:uiPriority w:val="99"/>
    <w:rsid w:val="00AA1D8D"/>
  </w:style>
  <w:style w:type="paragraph" w:styleId="Kehatekst3">
    <w:name w:val="Body Text 3"/>
    <w:basedOn w:val="Normaallaad"/>
    <w:link w:val="Kehatekst3Mrk"/>
    <w:uiPriority w:val="99"/>
    <w:unhideWhenUsed/>
    <w:rsid w:val="00AA1D8D"/>
    <w:pPr>
      <w:spacing w:after="120"/>
    </w:pPr>
    <w:rPr>
      <w:sz w:val="16"/>
      <w:szCs w:val="16"/>
    </w:rPr>
  </w:style>
  <w:style w:type="character" w:customStyle="1" w:styleId="Kehatekst3Mrk">
    <w:name w:val="Kehatekst 3 Märk"/>
    <w:basedOn w:val="Liguvaikefont"/>
    <w:link w:val="Kehatekst3"/>
    <w:uiPriority w:val="99"/>
    <w:rsid w:val="00AA1D8D"/>
    <w:rPr>
      <w:sz w:val="16"/>
      <w:szCs w:val="16"/>
    </w:rPr>
  </w:style>
  <w:style w:type="paragraph" w:styleId="Loend">
    <w:name w:val="List"/>
    <w:basedOn w:val="Normaallaad"/>
    <w:uiPriority w:val="99"/>
    <w:unhideWhenUsed/>
    <w:rsid w:val="00AA1D8D"/>
    <w:pPr>
      <w:ind w:left="360" w:hanging="360"/>
      <w:contextualSpacing/>
    </w:pPr>
  </w:style>
  <w:style w:type="paragraph" w:styleId="Loend2">
    <w:name w:val="List 2"/>
    <w:basedOn w:val="Normaallaad"/>
    <w:uiPriority w:val="99"/>
    <w:unhideWhenUsed/>
    <w:rsid w:val="00326F90"/>
    <w:pPr>
      <w:ind w:left="720" w:hanging="360"/>
      <w:contextualSpacing/>
    </w:pPr>
  </w:style>
  <w:style w:type="paragraph" w:styleId="Loend3">
    <w:name w:val="List 3"/>
    <w:basedOn w:val="Normaallaad"/>
    <w:uiPriority w:val="99"/>
    <w:unhideWhenUsed/>
    <w:rsid w:val="00326F90"/>
    <w:pPr>
      <w:ind w:left="1080" w:hanging="360"/>
      <w:contextualSpacing/>
    </w:pPr>
  </w:style>
  <w:style w:type="paragraph" w:styleId="Loenditpp">
    <w:name w:val="List Bullet"/>
    <w:basedOn w:val="Normaallaad"/>
    <w:uiPriority w:val="99"/>
    <w:unhideWhenUsed/>
    <w:rsid w:val="00326F90"/>
    <w:pPr>
      <w:numPr>
        <w:numId w:val="1"/>
      </w:numPr>
      <w:contextualSpacing/>
    </w:pPr>
  </w:style>
  <w:style w:type="paragraph" w:styleId="Loenditpp2">
    <w:name w:val="List Bullet 2"/>
    <w:basedOn w:val="Normaallaad"/>
    <w:uiPriority w:val="99"/>
    <w:unhideWhenUsed/>
    <w:rsid w:val="00326F90"/>
    <w:pPr>
      <w:numPr>
        <w:numId w:val="2"/>
      </w:numPr>
      <w:contextualSpacing/>
    </w:pPr>
  </w:style>
  <w:style w:type="paragraph" w:styleId="Loenditpp3">
    <w:name w:val="List Bullet 3"/>
    <w:basedOn w:val="Normaallaad"/>
    <w:uiPriority w:val="99"/>
    <w:unhideWhenUsed/>
    <w:rsid w:val="00326F90"/>
    <w:pPr>
      <w:numPr>
        <w:numId w:val="3"/>
      </w:numPr>
      <w:contextualSpacing/>
    </w:pPr>
  </w:style>
  <w:style w:type="paragraph" w:styleId="Loendinumber">
    <w:name w:val="List Number"/>
    <w:basedOn w:val="Normaallaad"/>
    <w:uiPriority w:val="99"/>
    <w:unhideWhenUsed/>
    <w:rsid w:val="00326F90"/>
    <w:pPr>
      <w:numPr>
        <w:numId w:val="5"/>
      </w:numPr>
      <w:contextualSpacing/>
    </w:pPr>
  </w:style>
  <w:style w:type="paragraph" w:styleId="Loendinumber2">
    <w:name w:val="List Number 2"/>
    <w:basedOn w:val="Normaallaad"/>
    <w:uiPriority w:val="99"/>
    <w:unhideWhenUsed/>
    <w:rsid w:val="0029639D"/>
    <w:pPr>
      <w:numPr>
        <w:numId w:val="6"/>
      </w:numPr>
      <w:contextualSpacing/>
    </w:pPr>
  </w:style>
  <w:style w:type="paragraph" w:styleId="Loendinumber3">
    <w:name w:val="List Number 3"/>
    <w:basedOn w:val="Normaallaad"/>
    <w:uiPriority w:val="99"/>
    <w:unhideWhenUsed/>
    <w:rsid w:val="0029639D"/>
    <w:pPr>
      <w:numPr>
        <w:numId w:val="7"/>
      </w:numPr>
      <w:contextualSpacing/>
    </w:pPr>
  </w:style>
  <w:style w:type="paragraph" w:styleId="Loendijtk">
    <w:name w:val="List Continue"/>
    <w:basedOn w:val="Normaallaad"/>
    <w:uiPriority w:val="99"/>
    <w:unhideWhenUsed/>
    <w:rsid w:val="0029639D"/>
    <w:pPr>
      <w:spacing w:after="120"/>
      <w:ind w:left="360"/>
      <w:contextualSpacing/>
    </w:pPr>
  </w:style>
  <w:style w:type="paragraph" w:styleId="Loendijtk2">
    <w:name w:val="List Continue 2"/>
    <w:basedOn w:val="Normaallaad"/>
    <w:uiPriority w:val="99"/>
    <w:unhideWhenUsed/>
    <w:rsid w:val="0029639D"/>
    <w:pPr>
      <w:spacing w:after="120"/>
      <w:ind w:left="720"/>
      <w:contextualSpacing/>
    </w:pPr>
  </w:style>
  <w:style w:type="paragraph" w:styleId="Loendijtk3">
    <w:name w:val="List Continue 3"/>
    <w:basedOn w:val="Normaallaad"/>
    <w:uiPriority w:val="99"/>
    <w:unhideWhenUsed/>
    <w:rsid w:val="0029639D"/>
    <w:pPr>
      <w:spacing w:after="120"/>
      <w:ind w:left="1080"/>
      <w:contextualSpacing/>
    </w:pPr>
  </w:style>
  <w:style w:type="paragraph" w:styleId="Makrotekst">
    <w:name w:val="macro"/>
    <w:link w:val="MakrotekstMr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Mrk">
    <w:name w:val="Makrotekst Märk"/>
    <w:basedOn w:val="Liguvaikefont"/>
    <w:link w:val="Makrotekst"/>
    <w:uiPriority w:val="99"/>
    <w:rsid w:val="0029639D"/>
    <w:rPr>
      <w:rFonts w:ascii="Courier" w:hAnsi="Courier"/>
      <w:sz w:val="20"/>
      <w:szCs w:val="20"/>
    </w:rPr>
  </w:style>
  <w:style w:type="paragraph" w:styleId="Tsitaat">
    <w:name w:val="Quote"/>
    <w:basedOn w:val="Normaallaad"/>
    <w:next w:val="Normaallaad"/>
    <w:link w:val="TsitaatMrk"/>
    <w:uiPriority w:val="29"/>
    <w:qFormat/>
    <w:rsid w:val="00FC693F"/>
    <w:rPr>
      <w:i/>
      <w:iCs/>
      <w:color w:val="000000" w:themeColor="text1"/>
    </w:rPr>
  </w:style>
  <w:style w:type="character" w:customStyle="1" w:styleId="TsitaatMrk">
    <w:name w:val="Tsitaat Märk"/>
    <w:basedOn w:val="Liguvaikefont"/>
    <w:link w:val="Tsitaat"/>
    <w:uiPriority w:val="29"/>
    <w:rsid w:val="00FC693F"/>
    <w:rPr>
      <w:i/>
      <w:iCs/>
      <w:color w:val="000000" w:themeColor="text1"/>
    </w:rPr>
  </w:style>
  <w:style w:type="character" w:customStyle="1" w:styleId="Pealkiri4Mrk">
    <w:name w:val="Pealkiri 4 Märk"/>
    <w:basedOn w:val="Liguvaikefont"/>
    <w:link w:val="Pealkiri4"/>
    <w:uiPriority w:val="9"/>
    <w:semiHidden/>
    <w:rsid w:val="00FC693F"/>
    <w:rPr>
      <w:rFonts w:asciiTheme="majorHAnsi" w:eastAsiaTheme="majorEastAsia" w:hAnsiTheme="majorHAnsi" w:cstheme="majorBidi"/>
      <w:b/>
      <w:bCs/>
      <w:i/>
      <w:iCs/>
      <w:color w:val="4F81BD" w:themeColor="accent1"/>
    </w:rPr>
  </w:style>
  <w:style w:type="character" w:customStyle="1" w:styleId="Pealkiri5Mrk">
    <w:name w:val="Pealkiri 5 Märk"/>
    <w:basedOn w:val="Liguvaikefont"/>
    <w:link w:val="Pealkiri5"/>
    <w:uiPriority w:val="9"/>
    <w:semiHidden/>
    <w:rsid w:val="00FC693F"/>
    <w:rPr>
      <w:rFonts w:asciiTheme="majorHAnsi" w:eastAsiaTheme="majorEastAsia" w:hAnsiTheme="majorHAnsi" w:cstheme="majorBidi"/>
      <w:color w:val="243F60" w:themeColor="accent1" w:themeShade="7F"/>
    </w:rPr>
  </w:style>
  <w:style w:type="character" w:customStyle="1" w:styleId="Pealkiri6Mrk">
    <w:name w:val="Pealkiri 6 Märk"/>
    <w:basedOn w:val="Liguvaikefont"/>
    <w:link w:val="Pealkiri6"/>
    <w:uiPriority w:val="9"/>
    <w:semiHidden/>
    <w:rsid w:val="00FC693F"/>
    <w:rPr>
      <w:rFonts w:asciiTheme="majorHAnsi" w:eastAsiaTheme="majorEastAsia" w:hAnsiTheme="majorHAnsi" w:cstheme="majorBidi"/>
      <w:i/>
      <w:iCs/>
      <w:color w:val="243F60" w:themeColor="accent1" w:themeShade="7F"/>
    </w:rPr>
  </w:style>
  <w:style w:type="character" w:customStyle="1" w:styleId="Pealkiri7Mrk">
    <w:name w:val="Pealkiri 7 Märk"/>
    <w:basedOn w:val="Liguvaikefont"/>
    <w:link w:val="Pealkiri7"/>
    <w:uiPriority w:val="9"/>
    <w:semiHidden/>
    <w:rsid w:val="00FC693F"/>
    <w:rPr>
      <w:rFonts w:asciiTheme="majorHAnsi" w:eastAsiaTheme="majorEastAsia" w:hAnsiTheme="majorHAnsi" w:cstheme="majorBidi"/>
      <w:i/>
      <w:iCs/>
      <w:color w:val="404040" w:themeColor="text1" w:themeTint="BF"/>
    </w:rPr>
  </w:style>
  <w:style w:type="character" w:customStyle="1" w:styleId="Pealkiri8Mrk">
    <w:name w:val="Pealkiri 8 Märk"/>
    <w:basedOn w:val="Liguvaikefont"/>
    <w:link w:val="Pealkiri8"/>
    <w:uiPriority w:val="9"/>
    <w:semiHidden/>
    <w:rsid w:val="00FC693F"/>
    <w:rPr>
      <w:rFonts w:asciiTheme="majorHAnsi" w:eastAsiaTheme="majorEastAsia" w:hAnsiTheme="majorHAnsi" w:cstheme="majorBidi"/>
      <w:color w:val="4F81BD" w:themeColor="accent1"/>
      <w:sz w:val="20"/>
      <w:szCs w:val="20"/>
    </w:rPr>
  </w:style>
  <w:style w:type="character" w:customStyle="1" w:styleId="Pealkiri9Mrk">
    <w:name w:val="Pealkiri 9 Märk"/>
    <w:basedOn w:val="Liguvaikefont"/>
    <w:link w:val="Pealkiri9"/>
    <w:uiPriority w:val="9"/>
    <w:semiHidden/>
    <w:rsid w:val="00FC693F"/>
    <w:rPr>
      <w:rFonts w:asciiTheme="majorHAnsi" w:eastAsiaTheme="majorEastAsia" w:hAnsiTheme="majorHAnsi" w:cstheme="majorBidi"/>
      <w:i/>
      <w:iCs/>
      <w:color w:val="404040" w:themeColor="text1" w:themeTint="BF"/>
      <w:sz w:val="20"/>
      <w:szCs w:val="20"/>
    </w:rPr>
  </w:style>
  <w:style w:type="paragraph" w:styleId="Pealdis">
    <w:name w:val="caption"/>
    <w:basedOn w:val="Normaallaad"/>
    <w:next w:val="Normaallaad"/>
    <w:uiPriority w:val="35"/>
    <w:semiHidden/>
    <w:unhideWhenUsed/>
    <w:qFormat/>
    <w:rsid w:val="00FC693F"/>
    <w:pPr>
      <w:spacing w:line="240" w:lineRule="auto"/>
    </w:pPr>
    <w:rPr>
      <w:b/>
      <w:bCs/>
      <w:color w:val="4F81BD" w:themeColor="accent1"/>
      <w:szCs w:val="18"/>
    </w:rPr>
  </w:style>
  <w:style w:type="character" w:styleId="Tugev">
    <w:name w:val="Strong"/>
    <w:basedOn w:val="Liguvaikefont"/>
    <w:uiPriority w:val="22"/>
    <w:qFormat/>
    <w:rsid w:val="00FC693F"/>
    <w:rPr>
      <w:b/>
      <w:bCs/>
    </w:rPr>
  </w:style>
  <w:style w:type="character" w:styleId="Rhutus">
    <w:name w:val="Emphasis"/>
    <w:basedOn w:val="Liguvaikefont"/>
    <w:uiPriority w:val="20"/>
    <w:qFormat/>
    <w:rsid w:val="00FC693F"/>
    <w:rPr>
      <w:i/>
      <w:iCs/>
    </w:rPr>
  </w:style>
  <w:style w:type="paragraph" w:styleId="Selgeltmrgatavtsitaat">
    <w:name w:val="Intense Quote"/>
    <w:basedOn w:val="Normaallaad"/>
    <w:next w:val="Normaallaad"/>
    <w:link w:val="SelgeltmrgatavtsitaatMr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elgeltmrgatavtsitaatMrk">
    <w:name w:val="Selgelt märgatav tsitaat Märk"/>
    <w:basedOn w:val="Liguvaikefont"/>
    <w:link w:val="Selgeltmrgatavtsitaat"/>
    <w:uiPriority w:val="30"/>
    <w:rsid w:val="00FC693F"/>
    <w:rPr>
      <w:b/>
      <w:bCs/>
      <w:i/>
      <w:iCs/>
      <w:color w:val="4F81BD" w:themeColor="accent1"/>
    </w:rPr>
  </w:style>
  <w:style w:type="character" w:styleId="Vaevumrgatavrhutus">
    <w:name w:val="Subtle Emphasis"/>
    <w:basedOn w:val="Liguvaikefont"/>
    <w:uiPriority w:val="19"/>
    <w:qFormat/>
    <w:rsid w:val="00FC693F"/>
    <w:rPr>
      <w:i/>
      <w:iCs/>
      <w:color w:val="808080" w:themeColor="text1" w:themeTint="7F"/>
    </w:rPr>
  </w:style>
  <w:style w:type="character" w:styleId="Selgeltmrgatavrhutus">
    <w:name w:val="Intense Emphasis"/>
    <w:basedOn w:val="Liguvaikefont"/>
    <w:uiPriority w:val="21"/>
    <w:qFormat/>
    <w:rsid w:val="00FC693F"/>
    <w:rPr>
      <w:b/>
      <w:bCs/>
      <w:i/>
      <w:iCs/>
      <w:color w:val="4F81BD" w:themeColor="accent1"/>
    </w:rPr>
  </w:style>
  <w:style w:type="character" w:styleId="Vaevumrgatavviide">
    <w:name w:val="Subtle Reference"/>
    <w:basedOn w:val="Liguvaikefont"/>
    <w:uiPriority w:val="31"/>
    <w:qFormat/>
    <w:rsid w:val="00FC693F"/>
    <w:rPr>
      <w:smallCaps/>
      <w:color w:val="C0504D" w:themeColor="accent2"/>
      <w:u w:val="single"/>
    </w:rPr>
  </w:style>
  <w:style w:type="character" w:styleId="Selgeltmrgatavviide">
    <w:name w:val="Intense Reference"/>
    <w:basedOn w:val="Liguvaikefont"/>
    <w:uiPriority w:val="32"/>
    <w:qFormat/>
    <w:rsid w:val="00FC693F"/>
    <w:rPr>
      <w:b/>
      <w:bCs/>
      <w:smallCaps/>
      <w:color w:val="C0504D" w:themeColor="accent2"/>
      <w:spacing w:val="5"/>
      <w:u w:val="single"/>
    </w:rPr>
  </w:style>
  <w:style w:type="character" w:styleId="Raamatupealkiri">
    <w:name w:val="Book Title"/>
    <w:basedOn w:val="Liguvaikefont"/>
    <w:uiPriority w:val="33"/>
    <w:qFormat/>
    <w:rsid w:val="00FC693F"/>
    <w:rPr>
      <w:b/>
      <w:bCs/>
      <w:smallCaps/>
      <w:spacing w:val="5"/>
    </w:rPr>
  </w:style>
  <w:style w:type="paragraph" w:styleId="Sisukorrapealkiri">
    <w:name w:val="TOC Heading"/>
    <w:basedOn w:val="Pealkiri1"/>
    <w:next w:val="Normaallaad"/>
    <w:uiPriority w:val="39"/>
    <w:semiHidden/>
    <w:unhideWhenUsed/>
    <w:qFormat/>
    <w:rsid w:val="00FC693F"/>
    <w:pPr>
      <w:outlineLvl w:val="9"/>
    </w:pPr>
  </w:style>
  <w:style w:type="table" w:styleId="Kontuurtabel">
    <w:name w:val="Table Grid"/>
    <w:basedOn w:val="Normaal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evarjustus">
    <w:name w:val="Light Shading"/>
    <w:basedOn w:val="Normaal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evarjustusrhk1">
    <w:name w:val="Light Shading Accent 1"/>
    <w:basedOn w:val="Normaal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evarjustusrhk2">
    <w:name w:val="Light Shading Accent 2"/>
    <w:basedOn w:val="Normaal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evarjustusrhk3">
    <w:name w:val="Light Shading Accent 3"/>
    <w:basedOn w:val="Normaal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evarjustusrhk4">
    <w:name w:val="Light Shading Accent 4"/>
    <w:basedOn w:val="Normaal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evarjustusrhk5">
    <w:name w:val="Light Shading Accent 5"/>
    <w:basedOn w:val="Normaal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evarjustusrhk6">
    <w:name w:val="Light Shading Accent 6"/>
    <w:basedOn w:val="Normaal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eloend">
    <w:name w:val="Light List"/>
    <w:basedOn w:val="Normaal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eloendrhk1">
    <w:name w:val="Light List Accent 1"/>
    <w:basedOn w:val="Normaal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eloendrhk2">
    <w:name w:val="Light List Accent 2"/>
    <w:basedOn w:val="Normaal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eloendrhk3">
    <w:name w:val="Light List Accent 3"/>
    <w:basedOn w:val="Normaal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eloendrhk4">
    <w:name w:val="Light List Accent 4"/>
    <w:basedOn w:val="Normaal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eloendrhk5">
    <w:name w:val="Light List Accent 5"/>
    <w:basedOn w:val="Normaal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eloendrhk6">
    <w:name w:val="Light List Accent 6"/>
    <w:basedOn w:val="Normaal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ekoordinaatvrk">
    <w:name w:val="Light Grid"/>
    <w:basedOn w:val="Normaal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ekoordinaatvrkrhk1">
    <w:name w:val="Light Grid Accent 1"/>
    <w:basedOn w:val="Normaal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ekoordinaatvrkrhk2">
    <w:name w:val="Light Grid Accent 2"/>
    <w:basedOn w:val="Normaal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ekoordinaatvrkrhk3">
    <w:name w:val="Light Grid Accent 3"/>
    <w:basedOn w:val="Normaal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ekoordinaatvrkrhk4">
    <w:name w:val="Light Grid Accent 4"/>
    <w:basedOn w:val="Normaal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ekoordinaatvrkrhk5">
    <w:name w:val="Light Grid Accent 5"/>
    <w:basedOn w:val="Normaal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ekoordinaatvrkrhk6">
    <w:name w:val="Light Grid Accent 6"/>
    <w:basedOn w:val="Normaal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eskminevarjustus1">
    <w:name w:val="Medium Shading 1"/>
    <w:basedOn w:val="Normaal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eskminevarjustus1rhk1">
    <w:name w:val="Medium Shading 1 Accent 1"/>
    <w:basedOn w:val="Normaal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eskminevarjustus1rhk2">
    <w:name w:val="Medium Shading 1 Accent 2"/>
    <w:basedOn w:val="Normaal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eskminevarjustus1rhk3">
    <w:name w:val="Medium Shading 1 Accent 3"/>
    <w:basedOn w:val="Normaal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eskminevarjustus1rhk4">
    <w:name w:val="Medium Shading 1 Accent 4"/>
    <w:basedOn w:val="Normaal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eskminevarjustus1rhk5">
    <w:name w:val="Medium Shading 1 Accent 5"/>
    <w:basedOn w:val="Normaal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eskminevarjustus1rhk6">
    <w:name w:val="Medium Shading 1 Accent 6"/>
    <w:basedOn w:val="Normaal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eskminevarjustus2">
    <w:name w:val="Medium Shading 2"/>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1">
    <w:name w:val="Medium Shading 2 Accent 1"/>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2">
    <w:name w:val="Medium Shading 2 Accent 2"/>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3">
    <w:name w:val="Medium Shading 2 Accent 3"/>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4">
    <w:name w:val="Medium Shading 2 Accent 4"/>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5">
    <w:name w:val="Medium Shading 2 Accent 5"/>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6">
    <w:name w:val="Medium Shading 2 Accent 6"/>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loend1">
    <w:name w:val="Medium List 1"/>
    <w:basedOn w:val="Normaal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eskmineloend1rhk1">
    <w:name w:val="Medium List 1 Accent 1"/>
    <w:basedOn w:val="Normaal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eskmineloend1rhk2">
    <w:name w:val="Medium List 1 Accent 2"/>
    <w:basedOn w:val="Normaal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eskmineloend1rhk3">
    <w:name w:val="Medium List 1 Accent 3"/>
    <w:basedOn w:val="Normaal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eskmineloend1rhk4">
    <w:name w:val="Medium List 1 Accent 4"/>
    <w:basedOn w:val="Normaal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eskmineloend1rhk5">
    <w:name w:val="Medium List 1 Accent 5"/>
    <w:basedOn w:val="Normaal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eskmineloend1rhk6">
    <w:name w:val="Medium List 1 Accent 6"/>
    <w:basedOn w:val="Normaal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eskmineloend2">
    <w:name w:val="Medium List 2"/>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1">
    <w:name w:val="Medium List 2 Accent 1"/>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2">
    <w:name w:val="Medium List 2 Accent 2"/>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3">
    <w:name w:val="Medium List 2 Accent 3"/>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4">
    <w:name w:val="Medium List 2 Accent 4"/>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5">
    <w:name w:val="Medium List 2 Accent 5"/>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6">
    <w:name w:val="Medium List 2 Accent 6"/>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koordinaatvrk1">
    <w:name w:val="Medium Grid 1"/>
    <w:basedOn w:val="Normaal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eskminekoordinaatvrk1rhk1">
    <w:name w:val="Medium Grid 1 Accent 1"/>
    <w:basedOn w:val="Normaal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eskminekoordinaatvrk1rhk2">
    <w:name w:val="Medium Grid 1 Accent 2"/>
    <w:basedOn w:val="Normaal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eskminekoordinaatvrk1rhk3">
    <w:name w:val="Medium Grid 1 Accent 3"/>
    <w:basedOn w:val="Normaal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eskminekoordinaatvrk1rhk4">
    <w:name w:val="Medium Grid 1 Accent 4"/>
    <w:basedOn w:val="Normaal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eskminekoordinaatvrk1rhk5">
    <w:name w:val="Medium Grid 1 Accent 5"/>
    <w:basedOn w:val="Normaal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eskminekoordinaatvrk1rhk6">
    <w:name w:val="Medium Grid 1 Accent 6"/>
    <w:basedOn w:val="Normaal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eskminekoordinaatvrk2">
    <w:name w:val="Medium Grid 2"/>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eskminekoordinaatvrk2rhk1">
    <w:name w:val="Medium Grid 2 Accent 1"/>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eskminekoordinaatvrk2rhk2">
    <w:name w:val="Medium Grid 2 Accent 2"/>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eskminekoordinaatvrk2rhk3">
    <w:name w:val="Medium Grid 2 Accent 3"/>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eskminekoordinaatvrk2rhk4">
    <w:name w:val="Medium Grid 2 Accent 4"/>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eskminekoordinaatvrk2rhk5">
    <w:name w:val="Medium Grid 2 Accent 5"/>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eskminekoordinaatvrk2rhk6">
    <w:name w:val="Medium Grid 2 Accent 6"/>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eskminekoordinaatvrk3">
    <w:name w:val="Medium Grid 3"/>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eskminekoordinaatvrk3rhk1">
    <w:name w:val="Medium Grid 3 Accent 1"/>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eskminekoordinaatvrk3rhk2">
    <w:name w:val="Medium Grid 3 Accent 2"/>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eskminekoordinaatvrk3rhk3">
    <w:name w:val="Medium Grid 3 Accent 3"/>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eskminekoordinaatvrk3rhk4">
    <w:name w:val="Medium Grid 3 Accent 4"/>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eskminekoordinaatvrk3rhk5">
    <w:name w:val="Medium Grid 3 Accent 5"/>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eskminekoordinaatvrk3rhk6">
    <w:name w:val="Medium Grid 3 Accent 6"/>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eloend">
    <w:name w:val="Dark List"/>
    <w:basedOn w:val="Normaal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eloendrhk1">
    <w:name w:val="Dark List Accent 1"/>
    <w:basedOn w:val="Normaal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eloendrhk2">
    <w:name w:val="Dark List Accent 2"/>
    <w:basedOn w:val="Normaal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eloendrhk3">
    <w:name w:val="Dark List Accent 3"/>
    <w:basedOn w:val="Normaal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eloendrhk4">
    <w:name w:val="Dark List Accent 4"/>
    <w:basedOn w:val="Normaal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eloendrhk5">
    <w:name w:val="Dark List Accent 5"/>
    <w:basedOn w:val="Normaal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eloendrhk6">
    <w:name w:val="Dark List Accent 6"/>
    <w:basedOn w:val="Normaal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Vrvilinevarjustus">
    <w:name w:val="Colorful Shading"/>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vilinevarjustusrhk1">
    <w:name w:val="Colorful Shading Accent 1"/>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Vrvilinevarjustusrhk2">
    <w:name w:val="Colorful Shading Accent 2"/>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Vrvilinevarjustusrhk3">
    <w:name w:val="Colorful Shading Accent 3"/>
    <w:basedOn w:val="Normaal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Vrvilinevarjustusrhk4">
    <w:name w:val="Colorful Shading Accent 4"/>
    <w:basedOn w:val="Normaal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Vrvilinevarjustusrhk5">
    <w:name w:val="Colorful Shading Accent 5"/>
    <w:basedOn w:val="Normaal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Vrvilinevarjustusrhk6">
    <w:name w:val="Colorful Shading Accent 6"/>
    <w:basedOn w:val="Normaal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Vrvilineloend">
    <w:name w:val="Colorful List"/>
    <w:basedOn w:val="Normaal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vilineloendrhk1">
    <w:name w:val="Colorful List Accent 1"/>
    <w:basedOn w:val="Normaal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Vrvilineloendrhk2">
    <w:name w:val="Colorful List Accent 2"/>
    <w:basedOn w:val="Normaal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Vrvilineloendrhk3">
    <w:name w:val="Colorful List Accent 3"/>
    <w:basedOn w:val="Normaal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Vrvilineloendrhk4">
    <w:name w:val="Colorful List Accent 4"/>
    <w:basedOn w:val="Normaal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Vrvilineloendrhk5">
    <w:name w:val="Colorful List Accent 5"/>
    <w:basedOn w:val="Normaal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Vrvilineloendrhk6">
    <w:name w:val="Colorful List Accent 6"/>
    <w:basedOn w:val="Normaal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Vrvilinekoordinaatvrk">
    <w:name w:val="Colorful Grid"/>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vilinekoordinaatvrkrhk1">
    <w:name w:val="Colorful Grid Accent 1"/>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rvilinekoordinaatvrkrhk2">
    <w:name w:val="Colorful Grid Accent 2"/>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rvilinekoordinaatvrkrhk3">
    <w:name w:val="Colorful Grid Accent 3"/>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rvilinekoordinaatvrkrhk4">
    <w:name w:val="Colorful Grid Accent 4"/>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rvilinekoordinaatvrkrhk5">
    <w:name w:val="Colorful Grid Accent 5"/>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rvilinekoordinaatvrkrhk6">
    <w:name w:val="Colorful Grid Accent 6"/>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319</Words>
  <Characters>1851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Anneliis Rohtsalu</dc:creator>
  <cp:keywords/>
  <dc:description>generated by python-docx</dc:description>
  <cp:lastModifiedBy>Anneliis Rohtsalu</cp:lastModifiedBy>
  <cp:revision>2</cp:revision>
  <dcterms:created xsi:type="dcterms:W3CDTF">2026-07-19T12:37:00Z</dcterms:created>
  <dcterms:modified xsi:type="dcterms:W3CDTF">2026-07-19T12:37:00Z</dcterms:modified>
  <cp:category/>
</cp:coreProperties>
</file>