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4"/>
        <w:gridCol w:w="2608"/>
      </w:tblGrid>
      <w:tr w:rsidR="00B31C47">
        <w:trPr>
          <w:jc w:val="center"/>
        </w:trPr>
        <w:tc>
          <w:tcPr>
            <w:tcW w:w="12474" w:type="dxa"/>
            <w:tcBorders>
              <w:top w:val="single" w:sz="6" w:space="0" w:color="E0D7CE"/>
              <w:left w:val="single" w:sz="6" w:space="0" w:color="E0D7CE"/>
              <w:bottom w:val="single" w:sz="6" w:space="0" w:color="E0D7CE"/>
              <w:right w:val="single" w:sz="6" w:space="0" w:color="E0D7CE"/>
            </w:tcBorders>
            <w:shd w:val="clear" w:color="auto" w:fill="F7F3E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B31C47" w:rsidRDefault="0084055C">
            <w:r>
              <w:rPr>
                <w:b/>
                <w:color w:val="1F4E79"/>
                <w:sz w:val="34"/>
              </w:rPr>
              <w:t>KOOLITUSE TAGASI- JA EDASISIDE</w:t>
            </w:r>
            <w:r>
              <w:rPr>
                <w:b/>
                <w:color w:val="1F4E79"/>
                <w:sz w:val="34"/>
              </w:rPr>
              <w:br/>
            </w:r>
            <w:r>
              <w:rPr>
                <w:i/>
                <w:color w:val="B76E49"/>
                <w:sz w:val="21"/>
              </w:rPr>
              <w:t>Õppija tagasiside õppetunni kohta – hinneteta, toetav ja edasiviiv vorm</w:t>
            </w:r>
          </w:p>
        </w:tc>
        <w:tc>
          <w:tcPr>
            <w:tcW w:w="2608" w:type="dxa"/>
            <w:tcBorders>
              <w:top w:val="single" w:sz="6" w:space="0" w:color="E0D7CE"/>
              <w:left w:val="single" w:sz="6" w:space="0" w:color="E0D7CE"/>
              <w:bottom w:val="single" w:sz="6" w:space="0" w:color="E0D7CE"/>
              <w:right w:val="single" w:sz="6" w:space="0" w:color="E0D7CE"/>
            </w:tcBorders>
            <w:shd w:val="clear" w:color="auto" w:fill="F7F3E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B31C47" w:rsidRDefault="008405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80000" cy="108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1C47" w:rsidRDefault="00B31C4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5216"/>
        <w:gridCol w:w="1701"/>
        <w:gridCol w:w="6010"/>
      </w:tblGrid>
      <w:tr w:rsidR="00B31C47">
        <w:trPr>
          <w:jc w:val="center"/>
        </w:trPr>
        <w:tc>
          <w:tcPr>
            <w:tcW w:w="2041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7"/>
              </w:rPr>
              <w:t>Õppetund / koolitus</w:t>
            </w:r>
          </w:p>
        </w:tc>
        <w:tc>
          <w:tcPr>
            <w:tcW w:w="521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31C47" w:rsidRDefault="0084055C">
            <w:pPr>
              <w:spacing w:after="0" w:line="250" w:lineRule="auto"/>
            </w:pPr>
            <w:r>
              <w:rPr>
                <w:sz w:val="17"/>
              </w:rPr>
              <w:t>JULGEN olla KINDEL</w:t>
            </w:r>
          </w:p>
        </w:tc>
        <w:tc>
          <w:tcPr>
            <w:tcW w:w="1701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7"/>
              </w:rPr>
              <w:t>Kuupäev</w:t>
            </w:r>
          </w:p>
        </w:tc>
        <w:tc>
          <w:tcPr>
            <w:tcW w:w="601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31C47" w:rsidRDefault="00D97D19">
            <w:pPr>
              <w:spacing w:after="0" w:line="250" w:lineRule="auto"/>
            </w:pPr>
            <w:r>
              <w:t>29.07.26</w:t>
            </w:r>
          </w:p>
        </w:tc>
      </w:tr>
      <w:tr w:rsidR="00B31C47">
        <w:trPr>
          <w:jc w:val="center"/>
        </w:trPr>
        <w:tc>
          <w:tcPr>
            <w:tcW w:w="2041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7"/>
              </w:rPr>
              <w:t>Osaleja nimi, kui soovid</w:t>
            </w:r>
          </w:p>
        </w:tc>
        <w:tc>
          <w:tcPr>
            <w:tcW w:w="521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31C47" w:rsidRDefault="00D97D19">
            <w:pPr>
              <w:spacing w:after="0" w:line="250" w:lineRule="auto"/>
            </w:pPr>
            <w:r>
              <w:t xml:space="preserve">Ly </w:t>
            </w:r>
            <w:proofErr w:type="spellStart"/>
            <w:r>
              <w:t>Räpo</w:t>
            </w:r>
            <w:proofErr w:type="spellEnd"/>
          </w:p>
        </w:tc>
        <w:tc>
          <w:tcPr>
            <w:tcW w:w="1701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7"/>
              </w:rPr>
              <w:t>Koolitaja</w:t>
            </w:r>
          </w:p>
        </w:tc>
        <w:tc>
          <w:tcPr>
            <w:tcW w:w="601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31C47" w:rsidRDefault="0084055C">
            <w:pPr>
              <w:spacing w:after="0" w:line="250" w:lineRule="auto"/>
            </w:pPr>
            <w:r>
              <w:rPr>
                <w:sz w:val="17"/>
              </w:rPr>
              <w:t>Anneliis Rohtsalu</w:t>
            </w:r>
          </w:p>
        </w:tc>
      </w:tr>
    </w:tbl>
    <w:p w:rsidR="00B31C47" w:rsidRDefault="00B31C4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968"/>
      </w:tblGrid>
      <w:tr w:rsidR="00B31C47">
        <w:trPr>
          <w:jc w:val="center"/>
        </w:trPr>
        <w:tc>
          <w:tcPr>
            <w:tcW w:w="14968" w:type="dxa"/>
            <w:tcBorders>
              <w:top w:val="single" w:sz="6" w:space="0" w:color="D4E3D1"/>
              <w:left w:val="single" w:sz="6" w:space="0" w:color="D4E3D1"/>
              <w:bottom w:val="single" w:sz="6" w:space="0" w:color="D4E3D1"/>
              <w:right w:val="single" w:sz="6" w:space="0" w:color="D4E3D1"/>
            </w:tcBorders>
            <w:shd w:val="clear" w:color="auto" w:fill="E8F0E5"/>
            <w:tcMar>
              <w:top w:w="100" w:type="dxa"/>
              <w:left w:w="110" w:type="dxa"/>
              <w:bottom w:w="100" w:type="dxa"/>
              <w:right w:w="110" w:type="dxa"/>
            </w:tcMar>
          </w:tcPr>
          <w:p w:rsidR="00B31C47" w:rsidRDefault="0084055C">
            <w:pPr>
              <w:spacing w:after="0" w:line="252" w:lineRule="auto"/>
            </w:pPr>
            <w:r>
              <w:rPr>
                <w:b/>
                <w:color w:val="1F4E79"/>
              </w:rPr>
              <w:t xml:space="preserve">Palun märgi ristiga [X]: </w:t>
            </w:r>
            <w:r>
              <w:t xml:space="preserve">märgi iga väite </w:t>
            </w:r>
            <w:r>
              <w:t>juures sobiv vastus ning lisa soovi korral kommentaar. Siin ei ole õigeid ega valesid vastuseid – tagasiside aitab mul õpet paremini kavandada ja järgmisel korral õppijate vajadustega paremini arvestada.</w:t>
            </w:r>
          </w:p>
        </w:tc>
      </w:tr>
    </w:tbl>
    <w:p w:rsidR="00B31C47" w:rsidRDefault="00B31C4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09"/>
        <w:gridCol w:w="1134"/>
        <w:gridCol w:w="1247"/>
        <w:gridCol w:w="1134"/>
        <w:gridCol w:w="2778"/>
        <w:gridCol w:w="4365"/>
      </w:tblGrid>
      <w:tr w:rsidR="00B31C47">
        <w:trPr>
          <w:tblHeader/>
          <w:jc w:val="center"/>
        </w:trPr>
        <w:tc>
          <w:tcPr>
            <w:tcW w:w="4309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b/>
                <w:color w:val="FFFFFF"/>
                <w:sz w:val="15"/>
              </w:rPr>
              <w:t>Väide</w:t>
            </w:r>
          </w:p>
        </w:tc>
        <w:tc>
          <w:tcPr>
            <w:tcW w:w="1134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b/>
                <w:color w:val="FFFFFF"/>
                <w:sz w:val="15"/>
              </w:rPr>
              <w:t>Ei ole nõus</w:t>
            </w:r>
          </w:p>
        </w:tc>
        <w:tc>
          <w:tcPr>
            <w:tcW w:w="1247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b/>
                <w:color w:val="FFFFFF"/>
                <w:sz w:val="15"/>
              </w:rPr>
              <w:t>Ei oska vastata</w:t>
            </w:r>
          </w:p>
        </w:tc>
        <w:tc>
          <w:tcPr>
            <w:tcW w:w="1134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b/>
                <w:color w:val="FFFFFF"/>
                <w:sz w:val="15"/>
              </w:rPr>
              <w:t>Olen nõus</w:t>
            </w:r>
          </w:p>
        </w:tc>
        <w:tc>
          <w:tcPr>
            <w:tcW w:w="2778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b/>
                <w:color w:val="FFFFFF"/>
                <w:sz w:val="15"/>
              </w:rPr>
              <w:t xml:space="preserve">Mille </w:t>
            </w:r>
            <w:r>
              <w:rPr>
                <w:b/>
                <w:color w:val="FFFFFF"/>
                <w:sz w:val="15"/>
              </w:rPr>
              <w:t>kohta see annab infot?</w:t>
            </w:r>
          </w:p>
        </w:tc>
        <w:tc>
          <w:tcPr>
            <w:tcW w:w="4365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b/>
                <w:color w:val="FFFFFF"/>
                <w:sz w:val="15"/>
              </w:rPr>
              <w:t>Kommentaar / soovitus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Tunni eesmärk oli minu jaoks arusaadav ja jõukohane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D97D19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hinnata, kas eesmärgistamine oli selge ja õppijakeskne.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 xml:space="preserve">: </w:t>
            </w:r>
            <w:proofErr w:type="gramStart"/>
            <w:r>
              <w:rPr>
                <w:color w:val="333333"/>
                <w:sz w:val="14"/>
              </w:rPr>
              <w:t>.....</w:t>
            </w:r>
            <w:proofErr w:type="spellStart"/>
            <w:proofErr w:type="gramEnd"/>
            <w:r w:rsidR="00D97D19">
              <w:rPr>
                <w:color w:val="333333"/>
                <w:sz w:val="14"/>
              </w:rPr>
              <w:t>tunni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eesmärki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selgitas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koolitaja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tunni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alguses</w:t>
            </w:r>
            <w:proofErr w:type="spellEnd"/>
            <w:r w:rsidR="00D97D19">
              <w:rPr>
                <w:color w:val="333333"/>
                <w:sz w:val="14"/>
              </w:rPr>
              <w:t xml:space="preserve">, </w:t>
            </w:r>
            <w:proofErr w:type="spellStart"/>
            <w:r w:rsidR="00D97D19">
              <w:rPr>
                <w:color w:val="333333"/>
                <w:sz w:val="14"/>
              </w:rPr>
              <w:t>teema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jõukohane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oma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eriala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raames</w:t>
            </w:r>
            <w:proofErr w:type="spellEnd"/>
            <w:r>
              <w:rPr>
                <w:color w:val="333333"/>
                <w:sz w:val="14"/>
              </w:rPr>
              <w:t>..................................................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Õppetunni ülesehitus oli minu jaoks selge ja järgitav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D97D19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hinnata, kas tunni struktuur oli nähtav ja loogiline.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>: .......</w:t>
            </w:r>
            <w:proofErr w:type="spellStart"/>
            <w:r w:rsidR="00D97D19">
              <w:rPr>
                <w:color w:val="333333"/>
                <w:sz w:val="14"/>
              </w:rPr>
              <w:t>tunni</w:t>
            </w:r>
            <w:proofErr w:type="spell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struktuur</w:t>
            </w:r>
            <w:proofErr w:type="spellEnd"/>
            <w:proofErr w:type="gramStart"/>
            <w:r>
              <w:rPr>
                <w:color w:val="333333"/>
                <w:sz w:val="14"/>
              </w:rPr>
              <w:t>....</w:t>
            </w:r>
            <w:proofErr w:type="spellStart"/>
            <w:r w:rsidR="00D97D19">
              <w:rPr>
                <w:color w:val="333333"/>
                <w:sz w:val="14"/>
              </w:rPr>
              <w:t>oli</w:t>
            </w:r>
            <w:proofErr w:type="spellEnd"/>
            <w:proofErr w:type="gramEnd"/>
            <w:r w:rsidR="00D97D19">
              <w:rPr>
                <w:color w:val="333333"/>
                <w:sz w:val="14"/>
              </w:rPr>
              <w:t xml:space="preserve"> </w:t>
            </w:r>
            <w:proofErr w:type="spellStart"/>
            <w:r w:rsidR="00D97D19">
              <w:rPr>
                <w:color w:val="333333"/>
                <w:sz w:val="14"/>
              </w:rPr>
              <w:t>selge</w:t>
            </w:r>
            <w:proofErr w:type="spellEnd"/>
            <w:r w:rsidR="00242AFF">
              <w:rPr>
                <w:color w:val="333333"/>
                <w:sz w:val="14"/>
              </w:rPr>
              <w:t xml:space="preserve">, tempo </w:t>
            </w:r>
            <w:proofErr w:type="spellStart"/>
            <w:r w:rsidR="00242AFF">
              <w:rPr>
                <w:color w:val="333333"/>
                <w:sz w:val="14"/>
              </w:rPr>
              <w:t>järgitav</w:t>
            </w:r>
            <w:proofErr w:type="spellEnd"/>
            <w:r>
              <w:rPr>
                <w:color w:val="333333"/>
                <w:sz w:val="14"/>
              </w:rPr>
              <w:t>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</w:t>
            </w:r>
            <w:r>
              <w:rPr>
                <w:color w:val="333333"/>
                <w:sz w:val="14"/>
              </w:rPr>
              <w:t>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Olin teadlik tunni algusest ja sellest, millega alustame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D97D19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 tunni alguse selgust ja raami loomist.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>: ........</w:t>
            </w:r>
            <w:proofErr w:type="spellStart"/>
            <w:r w:rsidR="00242AFF">
              <w:rPr>
                <w:color w:val="333333"/>
                <w:sz w:val="14"/>
              </w:rPr>
              <w:t>tunni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algus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oli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teada</w:t>
            </w:r>
            <w:proofErr w:type="spellEnd"/>
            <w:r w:rsidR="00242AFF">
              <w:rPr>
                <w:color w:val="333333"/>
                <w:sz w:val="14"/>
              </w:rPr>
              <w:t xml:space="preserve">, </w:t>
            </w:r>
            <w:proofErr w:type="spellStart"/>
            <w:r w:rsidR="00242AFF">
              <w:rPr>
                <w:color w:val="333333"/>
                <w:sz w:val="14"/>
              </w:rPr>
              <w:t>kokku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lepitud</w:t>
            </w:r>
            <w:proofErr w:type="spellEnd"/>
            <w:r w:rsidR="00242AFF">
              <w:rPr>
                <w:color w:val="333333"/>
                <w:sz w:val="14"/>
              </w:rPr>
              <w:t xml:space="preserve">, </w:t>
            </w:r>
            <w:proofErr w:type="spellStart"/>
            <w:r w:rsidR="00242AFF">
              <w:rPr>
                <w:color w:val="333333"/>
                <w:sz w:val="14"/>
              </w:rPr>
              <w:t>sisaldas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sissejuhatavat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osa</w:t>
            </w:r>
            <w:proofErr w:type="spellEnd"/>
            <w:r w:rsidR="00242AFF">
              <w:rPr>
                <w:color w:val="333333"/>
                <w:sz w:val="14"/>
              </w:rPr>
              <w:t xml:space="preserve">, et </w:t>
            </w:r>
            <w:proofErr w:type="spellStart"/>
            <w:r w:rsidR="00242AFF">
              <w:rPr>
                <w:color w:val="333333"/>
                <w:sz w:val="14"/>
              </w:rPr>
              <w:t>teema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oleks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paremini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mõistetav</w:t>
            </w:r>
            <w:proofErr w:type="spellEnd"/>
            <w:r>
              <w:rPr>
                <w:color w:val="333333"/>
                <w:sz w:val="14"/>
              </w:rPr>
              <w:t>...............................................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Koolitaja oli teadmiste ja käitumisega eeskujuks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D97D19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 professionaalset hoiakut, suhtlust ja eeskuju.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>: ........</w:t>
            </w:r>
            <w:proofErr w:type="spellStart"/>
            <w:r w:rsidR="00242AFF">
              <w:rPr>
                <w:color w:val="333333"/>
                <w:sz w:val="14"/>
              </w:rPr>
              <w:t>koolitaja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oli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hea</w:t>
            </w:r>
            <w:proofErr w:type="spellEnd"/>
            <w:r w:rsidR="00242AFF">
              <w:rPr>
                <w:color w:val="333333"/>
                <w:sz w:val="14"/>
              </w:rPr>
              <w:t xml:space="preserve"> ja </w:t>
            </w:r>
            <w:proofErr w:type="spellStart"/>
            <w:r w:rsidR="00242AFF">
              <w:rPr>
                <w:color w:val="333333"/>
                <w:sz w:val="14"/>
              </w:rPr>
              <w:t>arvestav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suhtleja</w:t>
            </w:r>
            <w:proofErr w:type="spellEnd"/>
            <w:r w:rsidR="00242AFF">
              <w:rPr>
                <w:color w:val="333333"/>
                <w:sz w:val="14"/>
              </w:rPr>
              <w:t xml:space="preserve">, </w:t>
            </w:r>
            <w:proofErr w:type="spellStart"/>
            <w:r w:rsidR="00242AFF">
              <w:rPr>
                <w:color w:val="333333"/>
                <w:sz w:val="14"/>
              </w:rPr>
              <w:t>professionaalsust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näitas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teaduslike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näidete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esitamine</w:t>
            </w:r>
            <w:proofErr w:type="spellEnd"/>
            <w:r w:rsidR="00242AFF">
              <w:rPr>
                <w:color w:val="333333"/>
                <w:sz w:val="14"/>
              </w:rPr>
              <w:t xml:space="preserve">, </w:t>
            </w:r>
            <w:proofErr w:type="spellStart"/>
            <w:r w:rsidR="00242AFF">
              <w:rPr>
                <w:color w:val="333333"/>
                <w:sz w:val="14"/>
              </w:rPr>
              <w:t>käitumine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tunnis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osalejatega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toetav</w:t>
            </w:r>
            <w:proofErr w:type="spellEnd"/>
            <w:r w:rsidR="00242AFF">
              <w:rPr>
                <w:color w:val="333333"/>
                <w:sz w:val="14"/>
              </w:rPr>
              <w:t xml:space="preserve">, </w:t>
            </w:r>
            <w:proofErr w:type="spellStart"/>
            <w:r w:rsidR="00242AFF">
              <w:rPr>
                <w:color w:val="333333"/>
                <w:sz w:val="14"/>
              </w:rPr>
              <w:t>julgustav</w:t>
            </w:r>
            <w:proofErr w:type="spellEnd"/>
            <w:r w:rsidR="00242AFF">
              <w:rPr>
                <w:color w:val="333333"/>
                <w:sz w:val="14"/>
              </w:rPr>
              <w:t xml:space="preserve">, </w:t>
            </w:r>
            <w:proofErr w:type="spellStart"/>
            <w:r w:rsidR="00242AFF">
              <w:rPr>
                <w:color w:val="333333"/>
                <w:sz w:val="14"/>
              </w:rPr>
              <w:t>tekitas</w:t>
            </w:r>
            <w:proofErr w:type="spellEnd"/>
            <w:r w:rsidR="00242AFF">
              <w:rPr>
                <w:color w:val="333333"/>
                <w:sz w:val="14"/>
              </w:rPr>
              <w:t xml:space="preserve"> </w:t>
            </w:r>
            <w:proofErr w:type="spellStart"/>
            <w:r w:rsidR="00242AFF">
              <w:rPr>
                <w:color w:val="333333"/>
                <w:sz w:val="14"/>
              </w:rPr>
              <w:t>usaldust</w:t>
            </w:r>
            <w:proofErr w:type="spellEnd"/>
            <w:r>
              <w:rPr>
                <w:color w:val="333333"/>
                <w:sz w:val="14"/>
              </w:rPr>
              <w:t>...............................................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Koolitaja kasutas minu jaoks sobivaid õppemeetodeid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D97D19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 meetodite sobivust ja eesmärgipärasust.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 xml:space="preserve">: </w:t>
            </w:r>
            <w:proofErr w:type="gramStart"/>
            <w:r>
              <w:rPr>
                <w:color w:val="333333"/>
                <w:sz w:val="14"/>
              </w:rPr>
              <w:t>....</w:t>
            </w:r>
            <w:proofErr w:type="spellStart"/>
            <w:r w:rsidR="00C44056">
              <w:rPr>
                <w:color w:val="333333"/>
                <w:sz w:val="14"/>
              </w:rPr>
              <w:t>koolitaja</w:t>
            </w:r>
            <w:proofErr w:type="spellEnd"/>
            <w:proofErr w:type="gram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kasutas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erinevaid</w:t>
            </w:r>
            <w:proofErr w:type="spellEnd"/>
            <w:r w:rsidR="00C44056">
              <w:rPr>
                <w:color w:val="333333"/>
                <w:sz w:val="14"/>
              </w:rPr>
              <w:t xml:space="preserve">, </w:t>
            </w:r>
            <w:proofErr w:type="spellStart"/>
            <w:r w:rsidR="00C44056">
              <w:rPr>
                <w:color w:val="333333"/>
                <w:sz w:val="14"/>
              </w:rPr>
              <w:t>sisuga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sobivaid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mitmekülgseid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õppemeetodeid</w:t>
            </w:r>
            <w:proofErr w:type="spellEnd"/>
            <w:r w:rsidR="00C44056">
              <w:rPr>
                <w:color w:val="333333"/>
                <w:sz w:val="14"/>
              </w:rPr>
              <w:t xml:space="preserve">, mis </w:t>
            </w:r>
            <w:proofErr w:type="spellStart"/>
            <w:r w:rsidR="00C44056">
              <w:rPr>
                <w:color w:val="333333"/>
                <w:sz w:val="14"/>
              </w:rPr>
              <w:t>soodustasid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inimeste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mõtete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avanemist</w:t>
            </w:r>
            <w:proofErr w:type="spellEnd"/>
            <w:r>
              <w:rPr>
                <w:color w:val="333333"/>
                <w:sz w:val="14"/>
              </w:rPr>
              <w:t>..</w:t>
            </w:r>
            <w:proofErr w:type="spellStart"/>
            <w:r w:rsidR="00C44056">
              <w:rPr>
                <w:color w:val="333333"/>
                <w:sz w:val="14"/>
              </w:rPr>
              <w:t>tagasid</w:t>
            </w:r>
            <w:proofErr w:type="spellEnd"/>
            <w:r w:rsidR="00C44056">
              <w:rPr>
                <w:color w:val="333333"/>
                <w:sz w:val="14"/>
              </w:rPr>
              <w:t xml:space="preserve"> eesmärgi </w:t>
            </w:r>
            <w:proofErr w:type="spellStart"/>
            <w:r w:rsidR="00C44056">
              <w:rPr>
                <w:color w:val="333333"/>
                <w:sz w:val="14"/>
              </w:rPr>
              <w:t>täitmise</w:t>
            </w:r>
            <w:proofErr w:type="spellEnd"/>
            <w:r w:rsidR="00C44056">
              <w:rPr>
                <w:color w:val="333333"/>
                <w:sz w:val="14"/>
              </w:rPr>
              <w:t>.</w:t>
            </w:r>
            <w:r>
              <w:rPr>
                <w:color w:val="333333"/>
                <w:sz w:val="14"/>
              </w:rPr>
              <w:t>.............................................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Tunnis toimus arutelu õpitaval teemal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D97D19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hinnata, kas õppijatel oli võimalus kaasa mõelda ja rääkida.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>: ..................</w:t>
            </w:r>
            <w:proofErr w:type="spellStart"/>
            <w:r w:rsidR="00C44056">
              <w:rPr>
                <w:color w:val="333333"/>
                <w:sz w:val="14"/>
              </w:rPr>
              <w:t>õppijatel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oli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võimalus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kaasa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rääkida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paaristööga</w:t>
            </w:r>
            <w:proofErr w:type="spellEnd"/>
            <w:r w:rsidR="00C44056">
              <w:rPr>
                <w:color w:val="333333"/>
                <w:sz w:val="14"/>
              </w:rPr>
              <w:t xml:space="preserve"> ja </w:t>
            </w:r>
            <w:proofErr w:type="spellStart"/>
            <w:r w:rsidR="00C44056">
              <w:rPr>
                <w:color w:val="333333"/>
                <w:sz w:val="14"/>
              </w:rPr>
              <w:t>samuti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soovis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koolitaja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õppija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poolset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vaadet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tema</w:t>
            </w:r>
            <w:proofErr w:type="spellEnd"/>
            <w:r w:rsidR="00C44056">
              <w:rPr>
                <w:color w:val="333333"/>
                <w:sz w:val="14"/>
              </w:rPr>
              <w:t xml:space="preserve"> </w:t>
            </w:r>
            <w:proofErr w:type="spellStart"/>
            <w:r w:rsidR="00C44056">
              <w:rPr>
                <w:color w:val="333333"/>
                <w:sz w:val="14"/>
              </w:rPr>
              <w:t>jutule</w:t>
            </w:r>
            <w:proofErr w:type="spellEnd"/>
            <w:r w:rsidR="00C44056">
              <w:rPr>
                <w:color w:val="333333"/>
                <w:sz w:val="14"/>
              </w:rPr>
              <w:t>.</w:t>
            </w:r>
            <w:r>
              <w:rPr>
                <w:color w:val="333333"/>
                <w:sz w:val="14"/>
              </w:rPr>
              <w:t>.....................................</w:t>
            </w:r>
            <w:r>
              <w:br/>
            </w:r>
            <w:r>
              <w:rPr>
                <w:color w:val="333333"/>
                <w:sz w:val="14"/>
              </w:rPr>
              <w:lastRenderedPageBreak/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lastRenderedPageBreak/>
              <w:t>Sain õppida koos kaaslastega paaris, rühmas või ühises arutelus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D97D19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 koosõppe võimalusi.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 xml:space="preserve">: </w:t>
            </w:r>
            <w:proofErr w:type="gramStart"/>
            <w:r>
              <w:rPr>
                <w:color w:val="333333"/>
                <w:sz w:val="14"/>
              </w:rPr>
              <w:t>.....</w:t>
            </w:r>
            <w:proofErr w:type="spellStart"/>
            <w:proofErr w:type="gramEnd"/>
            <w:r w:rsidR="00D90D79">
              <w:rPr>
                <w:color w:val="333333"/>
                <w:sz w:val="14"/>
              </w:rPr>
              <w:t>töö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paarilisega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oli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hea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võimalus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saada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uusi</w:t>
            </w:r>
            <w:proofErr w:type="spellEnd"/>
            <w:r w:rsidR="00D90D79">
              <w:rPr>
                <w:color w:val="333333"/>
                <w:sz w:val="14"/>
              </w:rPr>
              <w:t xml:space="preserve"> “</w:t>
            </w:r>
            <w:proofErr w:type="spellStart"/>
            <w:r w:rsidR="00D90D79">
              <w:rPr>
                <w:color w:val="333333"/>
                <w:sz w:val="14"/>
              </w:rPr>
              <w:t>tööriistu</w:t>
            </w:r>
            <w:proofErr w:type="spellEnd"/>
            <w:r w:rsidR="00D90D79">
              <w:rPr>
                <w:color w:val="333333"/>
                <w:sz w:val="14"/>
              </w:rPr>
              <w:t xml:space="preserve">” </w:t>
            </w:r>
            <w:proofErr w:type="spellStart"/>
            <w:r w:rsidR="00D90D79">
              <w:rPr>
                <w:color w:val="333333"/>
                <w:sz w:val="14"/>
              </w:rPr>
              <w:t>oma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tööks</w:t>
            </w:r>
            <w:proofErr w:type="spellEnd"/>
            <w:r>
              <w:rPr>
                <w:color w:val="333333"/>
                <w:sz w:val="14"/>
              </w:rPr>
              <w:t>..................................................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Sain tunnis tagasisidet või mõtestavat peegeldust oma mõtetele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D97D19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hinnata, kas õppimise kohta anti toetavat tagasisidet.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 xml:space="preserve">: </w:t>
            </w:r>
            <w:r>
              <w:rPr>
                <w:color w:val="333333"/>
                <w:sz w:val="14"/>
              </w:rPr>
              <w:t>........</w:t>
            </w:r>
            <w:proofErr w:type="spellStart"/>
            <w:r w:rsidR="00D90D79">
              <w:rPr>
                <w:color w:val="333333"/>
                <w:sz w:val="14"/>
              </w:rPr>
              <w:t>koolitaja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alati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mõtestas</w:t>
            </w:r>
            <w:proofErr w:type="spellEnd"/>
            <w:r w:rsidR="00D90D79">
              <w:rPr>
                <w:color w:val="333333"/>
                <w:sz w:val="14"/>
              </w:rPr>
              <w:t xml:space="preserve"> mu </w:t>
            </w:r>
            <w:proofErr w:type="spellStart"/>
            <w:r w:rsidR="00D90D79">
              <w:rPr>
                <w:color w:val="333333"/>
                <w:sz w:val="14"/>
              </w:rPr>
              <w:t>öeldu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laiemalt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lahti</w:t>
            </w:r>
            <w:proofErr w:type="spellEnd"/>
            <w:r w:rsidR="00D90D79">
              <w:rPr>
                <w:color w:val="333333"/>
                <w:sz w:val="14"/>
              </w:rPr>
              <w:t xml:space="preserve">, </w:t>
            </w:r>
            <w:proofErr w:type="spellStart"/>
            <w:r w:rsidR="00D90D79">
              <w:rPr>
                <w:color w:val="333333"/>
                <w:sz w:val="14"/>
              </w:rPr>
              <w:t>toetav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tagasiside</w:t>
            </w:r>
            <w:proofErr w:type="spellEnd"/>
            <w:r>
              <w:rPr>
                <w:color w:val="333333"/>
                <w:sz w:val="14"/>
              </w:rPr>
              <w:t>...............................................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Tundsin end tunnis hästi; õhkkond ja keskkond olid turvalised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D97D19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 vaimset ja füüsilist õpikeskkonda.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 xml:space="preserve">: </w:t>
            </w:r>
            <w:r>
              <w:rPr>
                <w:color w:val="333333"/>
                <w:sz w:val="14"/>
              </w:rPr>
              <w:t>.........</w:t>
            </w:r>
            <w:proofErr w:type="spellStart"/>
            <w:r w:rsidR="00D90D79">
              <w:rPr>
                <w:color w:val="333333"/>
                <w:sz w:val="14"/>
              </w:rPr>
              <w:t>kuigi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tund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toimus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veebis</w:t>
            </w:r>
            <w:proofErr w:type="spellEnd"/>
            <w:r w:rsidR="00D90D79">
              <w:rPr>
                <w:color w:val="333333"/>
                <w:sz w:val="14"/>
              </w:rPr>
              <w:t xml:space="preserve">, </w:t>
            </w:r>
            <w:proofErr w:type="spellStart"/>
            <w:r w:rsidR="00D90D79">
              <w:rPr>
                <w:color w:val="333333"/>
                <w:sz w:val="14"/>
              </w:rPr>
              <w:t>tundsin</w:t>
            </w:r>
            <w:proofErr w:type="spellEnd"/>
            <w:r w:rsidR="00D90D79">
              <w:rPr>
                <w:color w:val="333333"/>
                <w:sz w:val="14"/>
              </w:rPr>
              <w:t xml:space="preserve"> end </w:t>
            </w:r>
            <w:proofErr w:type="spellStart"/>
            <w:r w:rsidR="00D90D79">
              <w:rPr>
                <w:color w:val="333333"/>
                <w:sz w:val="14"/>
              </w:rPr>
              <w:t>igati</w:t>
            </w:r>
            <w:proofErr w:type="spellEnd"/>
            <w:r w:rsidR="00D90D79">
              <w:rPr>
                <w:color w:val="333333"/>
                <w:sz w:val="14"/>
              </w:rPr>
              <w:t xml:space="preserve"> </w:t>
            </w:r>
            <w:proofErr w:type="spellStart"/>
            <w:r w:rsidR="00D90D79">
              <w:rPr>
                <w:color w:val="333333"/>
                <w:sz w:val="14"/>
              </w:rPr>
              <w:t>turvaliselt</w:t>
            </w:r>
            <w:proofErr w:type="spellEnd"/>
            <w:r>
              <w:rPr>
                <w:color w:val="333333"/>
                <w:sz w:val="14"/>
              </w:rPr>
              <w:t>..............................................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Näited, slaidid, töölehed või muud abivahendid aitasid mul teemat mõista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C44056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 xml:space="preserve">Aitab hinnata õpitava näitlikustamist ja </w:t>
            </w:r>
            <w:r>
              <w:rPr>
                <w:color w:val="333333"/>
                <w:sz w:val="14"/>
              </w:rPr>
              <w:t>tehniliste/visuaalsete vahendite sobivust.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>: ..............</w:t>
            </w:r>
            <w:proofErr w:type="spellStart"/>
            <w:r w:rsidR="00D90D79">
              <w:rPr>
                <w:color w:val="333333"/>
                <w:sz w:val="14"/>
              </w:rPr>
              <w:t>slaidid</w:t>
            </w:r>
            <w:r w:rsidR="001142E8">
              <w:rPr>
                <w:color w:val="333333"/>
                <w:sz w:val="14"/>
              </w:rPr>
              <w:t>el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oli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lühidalt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kirjas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oluline</w:t>
            </w:r>
            <w:proofErr w:type="spellEnd"/>
            <w:r w:rsidR="001142E8">
              <w:rPr>
                <w:color w:val="333333"/>
                <w:sz w:val="14"/>
              </w:rPr>
              <w:t xml:space="preserve"> info, </w:t>
            </w:r>
            <w:proofErr w:type="spellStart"/>
            <w:r w:rsidR="001142E8">
              <w:rPr>
                <w:color w:val="333333"/>
                <w:sz w:val="14"/>
              </w:rPr>
              <w:t>põhjalikum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jutt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koolitajalt</w:t>
            </w:r>
            <w:proofErr w:type="spellEnd"/>
            <w:r w:rsidR="001142E8">
              <w:rPr>
                <w:color w:val="333333"/>
                <w:sz w:val="14"/>
              </w:rPr>
              <w:t xml:space="preserve"> ja </w:t>
            </w:r>
            <w:proofErr w:type="spellStart"/>
            <w:r w:rsidR="001142E8">
              <w:rPr>
                <w:color w:val="333333"/>
                <w:sz w:val="14"/>
              </w:rPr>
              <w:t>töölehed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aitasid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teemaga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süvitsi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minna</w:t>
            </w:r>
            <w:proofErr w:type="spellEnd"/>
            <w:r>
              <w:rPr>
                <w:color w:val="333333"/>
                <w:sz w:val="14"/>
              </w:rPr>
              <w:t>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Koolitaja arvestas õppijate küsimuste, tempo ja vajadustega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C44056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 xml:space="preserve">Aitab </w:t>
            </w:r>
            <w:r>
              <w:rPr>
                <w:color w:val="333333"/>
                <w:sz w:val="14"/>
              </w:rPr>
              <w:t>hinnata õppijate eripära ja vajadustega arvestamist.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>: ......</w:t>
            </w:r>
            <w:proofErr w:type="spellStart"/>
            <w:r w:rsidR="001142E8">
              <w:rPr>
                <w:color w:val="333333"/>
                <w:sz w:val="14"/>
              </w:rPr>
              <w:t>koolitaja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arvestas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õppijatega</w:t>
            </w:r>
            <w:proofErr w:type="spellEnd"/>
            <w:r w:rsidR="001142E8">
              <w:rPr>
                <w:color w:val="333333"/>
                <w:sz w:val="14"/>
              </w:rPr>
              <w:t xml:space="preserve">, </w:t>
            </w:r>
            <w:proofErr w:type="spellStart"/>
            <w:r w:rsidR="001142E8">
              <w:rPr>
                <w:color w:val="333333"/>
                <w:sz w:val="14"/>
              </w:rPr>
              <w:t>tundis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huvi</w:t>
            </w:r>
            <w:proofErr w:type="spellEnd"/>
            <w:r w:rsidR="001142E8">
              <w:rPr>
                <w:color w:val="333333"/>
                <w:sz w:val="14"/>
              </w:rPr>
              <w:t xml:space="preserve">, kas </w:t>
            </w:r>
            <w:proofErr w:type="spellStart"/>
            <w:r w:rsidR="001142E8">
              <w:rPr>
                <w:color w:val="333333"/>
                <w:sz w:val="14"/>
              </w:rPr>
              <w:t>pakutud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aeg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ülesandeks</w:t>
            </w:r>
            <w:proofErr w:type="spellEnd"/>
            <w:r w:rsidR="001142E8">
              <w:rPr>
                <w:color w:val="333333"/>
                <w:sz w:val="14"/>
              </w:rPr>
              <w:t xml:space="preserve"> on </w:t>
            </w:r>
            <w:proofErr w:type="spellStart"/>
            <w:r w:rsidR="001142E8">
              <w:rPr>
                <w:color w:val="333333"/>
                <w:sz w:val="14"/>
              </w:rPr>
              <w:t>piisav</w:t>
            </w:r>
            <w:proofErr w:type="spellEnd"/>
            <w:r w:rsidR="001142E8">
              <w:rPr>
                <w:color w:val="333333"/>
                <w:sz w:val="14"/>
              </w:rPr>
              <w:t xml:space="preserve"> ja </w:t>
            </w:r>
            <w:proofErr w:type="spellStart"/>
            <w:r w:rsidR="001142E8">
              <w:rPr>
                <w:color w:val="333333"/>
                <w:sz w:val="14"/>
              </w:rPr>
              <w:t>andis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võimaluse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märku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anda</w:t>
            </w:r>
            <w:proofErr w:type="spellEnd"/>
            <w:r w:rsidR="001142E8">
              <w:rPr>
                <w:color w:val="333333"/>
                <w:sz w:val="14"/>
              </w:rPr>
              <w:t xml:space="preserve">, </w:t>
            </w:r>
            <w:proofErr w:type="spellStart"/>
            <w:r w:rsidR="001142E8">
              <w:rPr>
                <w:color w:val="333333"/>
                <w:sz w:val="14"/>
              </w:rPr>
              <w:t>kui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töö</w:t>
            </w:r>
            <w:proofErr w:type="spellEnd"/>
            <w:r w:rsidR="001142E8">
              <w:rPr>
                <w:color w:val="333333"/>
                <w:sz w:val="14"/>
              </w:rPr>
              <w:t xml:space="preserve"> on </w:t>
            </w:r>
            <w:proofErr w:type="spellStart"/>
            <w:r w:rsidR="001142E8">
              <w:rPr>
                <w:color w:val="333333"/>
                <w:sz w:val="14"/>
              </w:rPr>
              <w:t>valmis</w:t>
            </w:r>
            <w:proofErr w:type="spellEnd"/>
            <w:r w:rsidR="001142E8">
              <w:rPr>
                <w:color w:val="333333"/>
                <w:sz w:val="14"/>
              </w:rPr>
              <w:t xml:space="preserve">, </w:t>
            </w:r>
            <w:proofErr w:type="spellStart"/>
            <w:r w:rsidR="001142E8">
              <w:rPr>
                <w:color w:val="333333"/>
                <w:sz w:val="14"/>
              </w:rPr>
              <w:t>küsis</w:t>
            </w:r>
            <w:proofErr w:type="spellEnd"/>
            <w:r w:rsidR="001142E8">
              <w:rPr>
                <w:color w:val="333333"/>
                <w:sz w:val="14"/>
              </w:rPr>
              <w:t xml:space="preserve"> ka, kas </w:t>
            </w:r>
            <w:proofErr w:type="spellStart"/>
            <w:r w:rsidR="001142E8">
              <w:rPr>
                <w:color w:val="333333"/>
                <w:sz w:val="14"/>
              </w:rPr>
              <w:t>kõigile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sobib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jagada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oma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mõtteid</w:t>
            </w:r>
            <w:proofErr w:type="spellEnd"/>
            <w:r>
              <w:rPr>
                <w:color w:val="333333"/>
                <w:sz w:val="14"/>
              </w:rPr>
              <w:t>.................................................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Tunnis oli piisavalt töörahu ja fookust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C44056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 töörahu,</w:t>
            </w:r>
            <w:r>
              <w:rPr>
                <w:color w:val="333333"/>
                <w:sz w:val="14"/>
              </w:rPr>
              <w:t xml:space="preserve"> fookuse hoidmist ja kõrvalekalletega tegelemist.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>: ..........</w:t>
            </w:r>
            <w:proofErr w:type="spellStart"/>
            <w:r w:rsidR="001142E8">
              <w:rPr>
                <w:color w:val="333333"/>
                <w:sz w:val="14"/>
              </w:rPr>
              <w:t>õppijad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olid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keskendunud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tunnile</w:t>
            </w:r>
            <w:proofErr w:type="spellEnd"/>
            <w:r w:rsidR="001142E8">
              <w:rPr>
                <w:color w:val="333333"/>
                <w:sz w:val="14"/>
              </w:rPr>
              <w:t xml:space="preserve">, </w:t>
            </w:r>
            <w:proofErr w:type="spellStart"/>
            <w:r w:rsidR="001142E8">
              <w:rPr>
                <w:color w:val="333333"/>
                <w:sz w:val="14"/>
              </w:rPr>
              <w:t>kõrvaliste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asjadega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ei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tegelenud</w:t>
            </w:r>
            <w:proofErr w:type="spellEnd"/>
            <w:r w:rsidR="001142E8">
              <w:rPr>
                <w:color w:val="333333"/>
                <w:sz w:val="14"/>
              </w:rPr>
              <w:t xml:space="preserve">, </w:t>
            </w:r>
            <w:proofErr w:type="spellStart"/>
            <w:r w:rsidR="001142E8">
              <w:rPr>
                <w:color w:val="333333"/>
                <w:sz w:val="14"/>
              </w:rPr>
              <w:t>fookus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püsis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tunni</w:t>
            </w:r>
            <w:proofErr w:type="spellEnd"/>
            <w:r w:rsidR="001142E8">
              <w:rPr>
                <w:color w:val="333333"/>
                <w:sz w:val="14"/>
              </w:rPr>
              <w:t xml:space="preserve"> </w:t>
            </w:r>
            <w:proofErr w:type="spellStart"/>
            <w:r w:rsidR="001142E8">
              <w:rPr>
                <w:color w:val="333333"/>
                <w:sz w:val="14"/>
              </w:rPr>
              <w:t>teemal</w:t>
            </w:r>
            <w:proofErr w:type="spellEnd"/>
            <w:r>
              <w:rPr>
                <w:color w:val="333333"/>
                <w:sz w:val="14"/>
              </w:rPr>
              <w:t>.............................................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>Tund lõppes minu jaoks selge kokkuvõtte või järgmise mõttega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C44056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 tunni lõpetamist ja õpitu kinnistamist.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>: .............</w:t>
            </w:r>
            <w:proofErr w:type="spellStart"/>
            <w:r w:rsidR="00516AD2">
              <w:rPr>
                <w:color w:val="333333"/>
                <w:sz w:val="14"/>
              </w:rPr>
              <w:t>tunni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lõpus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võttis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koolitaja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räägitu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kokku</w:t>
            </w:r>
            <w:proofErr w:type="spellEnd"/>
            <w:r w:rsidR="00516AD2">
              <w:rPr>
                <w:color w:val="333333"/>
                <w:sz w:val="14"/>
              </w:rPr>
              <w:t xml:space="preserve">, </w:t>
            </w:r>
            <w:proofErr w:type="spellStart"/>
            <w:r w:rsidR="00516AD2">
              <w:rPr>
                <w:color w:val="333333"/>
                <w:sz w:val="14"/>
              </w:rPr>
              <w:t>sai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küsida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küsimusi</w:t>
            </w:r>
            <w:proofErr w:type="spellEnd"/>
            <w:r w:rsidR="00516AD2">
              <w:rPr>
                <w:color w:val="333333"/>
                <w:sz w:val="14"/>
              </w:rPr>
              <w:t xml:space="preserve"> ja </w:t>
            </w:r>
            <w:proofErr w:type="spellStart"/>
            <w:r w:rsidR="00516AD2">
              <w:rPr>
                <w:color w:val="333333"/>
                <w:sz w:val="14"/>
              </w:rPr>
              <w:t>pakkus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võimalust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jätkukoolituseks</w:t>
            </w:r>
            <w:proofErr w:type="spellEnd"/>
            <w:r>
              <w:rPr>
                <w:color w:val="333333"/>
                <w:sz w:val="14"/>
              </w:rPr>
              <w:t>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30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5"/>
              </w:rPr>
              <w:t xml:space="preserve">Tund lõppes kokkulepitud ajal või ajakasutus oli minu jaoks </w:t>
            </w:r>
            <w:r>
              <w:rPr>
                <w:b/>
                <w:color w:val="1F4E79"/>
                <w:sz w:val="15"/>
              </w:rPr>
              <w:t>mõistlik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247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113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F0357D">
            <w:pPr>
              <w:spacing w:after="0" w:line="250" w:lineRule="auto"/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27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BFAF7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color w:val="333333"/>
                <w:sz w:val="14"/>
              </w:rPr>
              <w:t>Aitab hinnata ajakasutust ja tempo sobivust.</w:t>
            </w:r>
          </w:p>
        </w:tc>
        <w:tc>
          <w:tcPr>
            <w:tcW w:w="436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1C47" w:rsidRDefault="0084055C">
            <w:pPr>
              <w:spacing w:after="0" w:line="250" w:lineRule="auto"/>
            </w:pPr>
            <w:proofErr w:type="spellStart"/>
            <w:r>
              <w:rPr>
                <w:color w:val="333333"/>
                <w:sz w:val="14"/>
              </w:rPr>
              <w:t>Kommentaar</w:t>
            </w:r>
            <w:proofErr w:type="spellEnd"/>
            <w:r>
              <w:rPr>
                <w:color w:val="333333"/>
                <w:sz w:val="14"/>
              </w:rPr>
              <w:t>: .............</w:t>
            </w:r>
            <w:proofErr w:type="spellStart"/>
            <w:r w:rsidR="00516AD2">
              <w:rPr>
                <w:color w:val="333333"/>
                <w:sz w:val="14"/>
              </w:rPr>
              <w:t>koolitus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kestis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kokkulepitud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aja</w:t>
            </w:r>
            <w:proofErr w:type="spellEnd"/>
            <w:r w:rsidR="00516AD2">
              <w:rPr>
                <w:color w:val="333333"/>
                <w:sz w:val="14"/>
              </w:rPr>
              <w:t xml:space="preserve">, tempo </w:t>
            </w:r>
            <w:proofErr w:type="spellStart"/>
            <w:r w:rsidR="00516AD2">
              <w:rPr>
                <w:color w:val="333333"/>
                <w:sz w:val="14"/>
              </w:rPr>
              <w:t>kõikidele</w:t>
            </w:r>
            <w:proofErr w:type="spellEnd"/>
            <w:r w:rsidR="00516AD2">
              <w:rPr>
                <w:color w:val="333333"/>
                <w:sz w:val="14"/>
              </w:rPr>
              <w:t xml:space="preserve"> </w:t>
            </w:r>
            <w:proofErr w:type="spellStart"/>
            <w:r w:rsidR="00516AD2">
              <w:rPr>
                <w:color w:val="333333"/>
                <w:sz w:val="14"/>
              </w:rPr>
              <w:t>osalejatele</w:t>
            </w:r>
            <w:proofErr w:type="spellEnd"/>
            <w:r w:rsidR="00516AD2">
              <w:rPr>
                <w:color w:val="333333"/>
                <w:sz w:val="14"/>
              </w:rPr>
              <w:t xml:space="preserve"> mõistlik</w:t>
            </w:r>
            <w:bookmarkStart w:id="0" w:name="_GoBack"/>
            <w:bookmarkEnd w:id="0"/>
            <w:r>
              <w:rPr>
                <w:color w:val="333333"/>
                <w:sz w:val="14"/>
              </w:rPr>
              <w:t>..........................................</w:t>
            </w:r>
            <w:r>
              <w:br/>
            </w:r>
            <w:r>
              <w:rPr>
                <w:color w:val="333333"/>
                <w:sz w:val="14"/>
              </w:rPr>
              <w:t>.................................................................</w:t>
            </w:r>
          </w:p>
        </w:tc>
      </w:tr>
    </w:tbl>
    <w:p w:rsidR="00B31C47" w:rsidRDefault="00B31C4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968"/>
      </w:tblGrid>
      <w:tr w:rsidR="00B31C47">
        <w:trPr>
          <w:jc w:val="center"/>
        </w:trPr>
        <w:tc>
          <w:tcPr>
            <w:tcW w:w="14968" w:type="dxa"/>
            <w:tcBorders>
              <w:top w:val="single" w:sz="6" w:space="0" w:color="D4E3D1"/>
              <w:left w:val="single" w:sz="6" w:space="0" w:color="D4E3D1"/>
              <w:bottom w:val="single" w:sz="6" w:space="0" w:color="D4E3D1"/>
              <w:right w:val="single" w:sz="6" w:space="0" w:color="D4E3D1"/>
            </w:tcBorders>
            <w:shd w:val="clear" w:color="auto" w:fill="F4EAE0"/>
            <w:tcMar>
              <w:top w:w="100" w:type="dxa"/>
              <w:left w:w="110" w:type="dxa"/>
              <w:bottom w:w="100" w:type="dxa"/>
              <w:right w:w="110" w:type="dxa"/>
            </w:tcMar>
          </w:tcPr>
          <w:p w:rsidR="00B31C47" w:rsidRDefault="0084055C">
            <w:pPr>
              <w:spacing w:after="0" w:line="252" w:lineRule="auto"/>
            </w:pPr>
            <w:r>
              <w:rPr>
                <w:b/>
                <w:color w:val="1F4E79"/>
              </w:rPr>
              <w:t xml:space="preserve">Lisaks – edasi- ja tagasiside: </w:t>
            </w:r>
            <w:r>
              <w:t xml:space="preserve">palun vasta lühidalt neile </w:t>
            </w:r>
            <w:r>
              <w:t>küsimustele. Need aitavad näha, mis töötas ja mida järgmistes tundides paremini teha.</w:t>
            </w:r>
          </w:p>
        </w:tc>
      </w:tr>
    </w:tbl>
    <w:p w:rsidR="00B31C47" w:rsidRDefault="00B31C4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10262"/>
      </w:tblGrid>
      <w:tr w:rsidR="00B31C47">
        <w:trPr>
          <w:jc w:val="center"/>
        </w:trPr>
        <w:tc>
          <w:tcPr>
            <w:tcW w:w="4819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b/>
                <w:color w:val="FFFFFF"/>
                <w:sz w:val="17"/>
              </w:rPr>
              <w:t>Küsimus</w:t>
            </w:r>
          </w:p>
        </w:tc>
        <w:tc>
          <w:tcPr>
            <w:tcW w:w="10262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31C47" w:rsidRDefault="0084055C">
            <w:pPr>
              <w:spacing w:after="0" w:line="250" w:lineRule="auto"/>
              <w:jc w:val="center"/>
            </w:pPr>
            <w:r>
              <w:rPr>
                <w:b/>
                <w:color w:val="FFFFFF"/>
                <w:sz w:val="17"/>
              </w:rPr>
              <w:t>Sinu vastus / ettepanek</w:t>
            </w:r>
          </w:p>
        </w:tc>
      </w:tr>
      <w:tr w:rsidR="00B31C47">
        <w:trPr>
          <w:jc w:val="center"/>
        </w:trPr>
        <w:tc>
          <w:tcPr>
            <w:tcW w:w="481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6"/>
              </w:rPr>
              <w:t>Mis oli Sinu jaoks tunnis kõige kasulikum või praktilisem?</w:t>
            </w:r>
          </w:p>
        </w:tc>
        <w:tc>
          <w:tcPr>
            <w:tcW w:w="10262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sz w:val="16"/>
              </w:rPr>
              <w:t>......</w:t>
            </w:r>
            <w:proofErr w:type="spellStart"/>
            <w:r w:rsidR="00F0357D">
              <w:rPr>
                <w:sz w:val="16"/>
              </w:rPr>
              <w:t>kuulata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teist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õppijat</w:t>
            </w:r>
            <w:proofErr w:type="spellEnd"/>
            <w:r w:rsidR="00F0357D">
              <w:rPr>
                <w:sz w:val="16"/>
              </w:rPr>
              <w:t xml:space="preserve">, </w:t>
            </w:r>
            <w:proofErr w:type="spellStart"/>
            <w:r w:rsidR="00F0357D">
              <w:rPr>
                <w:sz w:val="16"/>
              </w:rPr>
              <w:t>tema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näiteid</w:t>
            </w:r>
            <w:proofErr w:type="spellEnd"/>
            <w:r w:rsidR="00F0357D">
              <w:rPr>
                <w:sz w:val="16"/>
              </w:rPr>
              <w:t xml:space="preserve">, </w:t>
            </w:r>
            <w:proofErr w:type="spellStart"/>
            <w:r w:rsidR="00F0357D">
              <w:rPr>
                <w:sz w:val="16"/>
              </w:rPr>
              <w:t>seisukohti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antud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tunni</w:t>
            </w:r>
            <w:proofErr w:type="spellEnd"/>
            <w:r w:rsidR="00F0357D">
              <w:rPr>
                <w:sz w:val="16"/>
              </w:rPr>
              <w:t xml:space="preserve"> teemal</w:t>
            </w: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</w:t>
            </w:r>
            <w:r>
              <w:br/>
            </w:r>
            <w:r>
              <w:rPr>
                <w:sz w:val="16"/>
              </w:rPr>
              <w:t>.......................................................................................</w:t>
            </w:r>
            <w:r>
              <w:rPr>
                <w:sz w:val="16"/>
              </w:rPr>
              <w:t>.................................................................................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81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6"/>
              </w:rPr>
              <w:t>Milline tööriist, näide, arutelu või tööleht jäi kõige rohkem kõlama?</w:t>
            </w:r>
          </w:p>
        </w:tc>
        <w:tc>
          <w:tcPr>
            <w:tcW w:w="10262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sz w:val="16"/>
              </w:rPr>
              <w:t>............</w:t>
            </w:r>
            <w:proofErr w:type="spellStart"/>
            <w:r w:rsidR="00F0357D">
              <w:rPr>
                <w:sz w:val="16"/>
              </w:rPr>
              <w:t>tööleht</w:t>
            </w:r>
            <w:proofErr w:type="spellEnd"/>
            <w:r w:rsidR="00F0357D">
              <w:rPr>
                <w:sz w:val="16"/>
              </w:rPr>
              <w:t xml:space="preserve">- </w:t>
            </w:r>
            <w:r>
              <w:rPr>
                <w:sz w:val="16"/>
              </w:rPr>
              <w:t>.</w:t>
            </w:r>
            <w:proofErr w:type="spellStart"/>
            <w:r w:rsidR="00F0357D">
              <w:rPr>
                <w:sz w:val="16"/>
              </w:rPr>
              <w:t>töö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enne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tööd</w:t>
            </w:r>
            <w:proofErr w:type="spellEnd"/>
            <w:r w:rsidR="00F0357D">
              <w:rPr>
                <w:sz w:val="16"/>
              </w:rPr>
              <w:t xml:space="preserve"> , </w:t>
            </w:r>
            <w:proofErr w:type="spellStart"/>
            <w:r w:rsidR="00F0357D">
              <w:rPr>
                <w:sz w:val="16"/>
              </w:rPr>
              <w:t>mida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rohkem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oled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kohtumisega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eelnevalt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mõttetööd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teinud</w:t>
            </w:r>
            <w:proofErr w:type="spellEnd"/>
            <w:r w:rsidR="00F0357D">
              <w:rPr>
                <w:sz w:val="16"/>
              </w:rPr>
              <w:t xml:space="preserve">, </w:t>
            </w:r>
            <w:proofErr w:type="spellStart"/>
            <w:r w:rsidR="00F0357D">
              <w:rPr>
                <w:sz w:val="16"/>
              </w:rPr>
              <w:t>seda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enesekindlam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oled</w:t>
            </w:r>
            <w:proofErr w:type="spellEnd"/>
            <w:r w:rsidR="00F0357D">
              <w:rPr>
                <w:sz w:val="16"/>
              </w:rPr>
              <w:t xml:space="preserve"> kokkusaamisel</w:t>
            </w:r>
            <w:r>
              <w:rPr>
                <w:sz w:val="16"/>
              </w:rPr>
              <w:t>.........................................................................................</w:t>
            </w:r>
            <w:r>
              <w:rPr>
                <w:sz w:val="16"/>
              </w:rPr>
              <w:t>.................................................................</w:t>
            </w:r>
            <w:r>
              <w:br/>
            </w:r>
            <w:r>
              <w:rPr>
                <w:sz w:val="16"/>
              </w:rPr>
              <w:lastRenderedPageBreak/>
              <w:t>........................................................................................................................................................................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81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6"/>
              </w:rPr>
              <w:lastRenderedPageBreak/>
              <w:t>Mis jäi segaseks või</w:t>
            </w:r>
            <w:r>
              <w:rPr>
                <w:b/>
                <w:color w:val="1F4E79"/>
                <w:sz w:val="16"/>
              </w:rPr>
              <w:t xml:space="preserve"> mille kohta sooviksid rohkem aega/selgitust?</w:t>
            </w:r>
          </w:p>
        </w:tc>
        <w:tc>
          <w:tcPr>
            <w:tcW w:w="10262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sz w:val="16"/>
              </w:rPr>
              <w:t>.................</w:t>
            </w:r>
            <w:proofErr w:type="spellStart"/>
            <w:r w:rsidR="00F0357D">
              <w:rPr>
                <w:sz w:val="16"/>
              </w:rPr>
              <w:t>rohkem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aega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paaristööde</w:t>
            </w:r>
            <w:proofErr w:type="spellEnd"/>
            <w:r w:rsidR="00F0357D">
              <w:rPr>
                <w:sz w:val="16"/>
              </w:rPr>
              <w:t xml:space="preserve"> analüüsiks</w:t>
            </w:r>
            <w:r>
              <w:rPr>
                <w:sz w:val="16"/>
              </w:rPr>
              <w:t>.......................................................................................................................................................</w:t>
            </w:r>
            <w:r>
              <w:br/>
            </w:r>
            <w:r>
              <w:rPr>
                <w:sz w:val="16"/>
              </w:rPr>
              <w:t>.........................................</w:t>
            </w:r>
            <w:r>
              <w:rPr>
                <w:sz w:val="16"/>
              </w:rPr>
              <w:t>...............................................................................................................................</w:t>
            </w:r>
          </w:p>
        </w:tc>
      </w:tr>
      <w:tr w:rsidR="00B31C47">
        <w:trPr>
          <w:jc w:val="center"/>
        </w:trPr>
        <w:tc>
          <w:tcPr>
            <w:tcW w:w="481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3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6"/>
              </w:rPr>
              <w:t>Mida võiks järgmisel korral teha teisiti, et õppimine oleks veel toetavam?</w:t>
            </w:r>
          </w:p>
        </w:tc>
        <w:tc>
          <w:tcPr>
            <w:tcW w:w="10262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sz w:val="16"/>
              </w:rPr>
              <w:t>.......................</w:t>
            </w:r>
            <w:proofErr w:type="spellStart"/>
            <w:r w:rsidR="00D90D79">
              <w:rPr>
                <w:sz w:val="16"/>
              </w:rPr>
              <w:t>mõni</w:t>
            </w:r>
            <w:proofErr w:type="spellEnd"/>
            <w:r w:rsidR="00D90D79">
              <w:rPr>
                <w:sz w:val="16"/>
              </w:rPr>
              <w:t xml:space="preserve"> </w:t>
            </w:r>
            <w:proofErr w:type="spellStart"/>
            <w:r w:rsidR="00D90D79">
              <w:rPr>
                <w:sz w:val="16"/>
              </w:rPr>
              <w:t>olukord</w:t>
            </w:r>
            <w:proofErr w:type="spellEnd"/>
            <w:r w:rsidR="00D90D79">
              <w:rPr>
                <w:sz w:val="16"/>
              </w:rPr>
              <w:t xml:space="preserve"> </w:t>
            </w:r>
            <w:proofErr w:type="spellStart"/>
            <w:r w:rsidR="00D90D79">
              <w:rPr>
                <w:sz w:val="16"/>
              </w:rPr>
              <w:t>rollimänguna</w:t>
            </w:r>
            <w:proofErr w:type="spellEnd"/>
            <w:r w:rsidR="00D90D79">
              <w:rPr>
                <w:sz w:val="16"/>
              </w:rPr>
              <w:t xml:space="preserve"> </w:t>
            </w:r>
            <w:proofErr w:type="spellStart"/>
            <w:r w:rsidR="00D90D79">
              <w:rPr>
                <w:sz w:val="16"/>
              </w:rPr>
              <w:t>läbi</w:t>
            </w:r>
            <w:proofErr w:type="spellEnd"/>
            <w:r w:rsidR="00D90D79">
              <w:rPr>
                <w:sz w:val="16"/>
              </w:rPr>
              <w:t xml:space="preserve"> teha</w:t>
            </w:r>
            <w:r>
              <w:rPr>
                <w:sz w:val="16"/>
              </w:rPr>
              <w:t>.............................</w:t>
            </w:r>
            <w:r>
              <w:rPr>
                <w:sz w:val="16"/>
              </w:rPr>
              <w:t>....................................................................................................................</w:t>
            </w:r>
            <w:r>
              <w:br/>
            </w:r>
            <w:r>
              <w:rPr>
                <w:sz w:val="16"/>
              </w:rPr>
              <w:t>...........................................................................................................................................</w:t>
            </w:r>
            <w:r>
              <w:rPr>
                <w:sz w:val="16"/>
              </w:rPr>
              <w:t>.............................</w:t>
            </w:r>
          </w:p>
        </w:tc>
      </w:tr>
      <w:tr w:rsidR="00B31C47">
        <w:trPr>
          <w:jc w:val="center"/>
        </w:trPr>
        <w:tc>
          <w:tcPr>
            <w:tcW w:w="4819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b/>
                <w:color w:val="1F4E79"/>
                <w:sz w:val="16"/>
              </w:rPr>
              <w:t>Üks mõte või väike samm, mida soovid pärast tundi oma töös proovida:</w:t>
            </w:r>
          </w:p>
        </w:tc>
        <w:tc>
          <w:tcPr>
            <w:tcW w:w="10262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1C47" w:rsidRDefault="0084055C">
            <w:pPr>
              <w:spacing w:after="0" w:line="250" w:lineRule="auto"/>
            </w:pPr>
            <w:r>
              <w:rPr>
                <w:sz w:val="16"/>
              </w:rPr>
              <w:t>................</w:t>
            </w:r>
            <w:proofErr w:type="spellStart"/>
            <w:r w:rsidR="00F0357D">
              <w:rPr>
                <w:sz w:val="16"/>
              </w:rPr>
              <w:t>mõelda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toetavaid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F0357D">
              <w:rPr>
                <w:sz w:val="16"/>
              </w:rPr>
              <w:t>lauseid</w:t>
            </w:r>
            <w:proofErr w:type="spellEnd"/>
            <w:r w:rsidR="00F0357D">
              <w:rPr>
                <w:sz w:val="16"/>
              </w:rPr>
              <w:t xml:space="preserve">, </w:t>
            </w:r>
            <w:proofErr w:type="spellStart"/>
            <w:r w:rsidR="00F0357D">
              <w:rPr>
                <w:sz w:val="16"/>
              </w:rPr>
              <w:t>millega</w:t>
            </w:r>
            <w:proofErr w:type="spellEnd"/>
            <w:r w:rsidR="00F0357D">
              <w:rPr>
                <w:sz w:val="16"/>
              </w:rPr>
              <w:t xml:space="preserve"> </w:t>
            </w:r>
            <w:proofErr w:type="spellStart"/>
            <w:r w:rsidR="00D90D79">
              <w:rPr>
                <w:sz w:val="16"/>
              </w:rPr>
              <w:t>kohtumiste</w:t>
            </w:r>
            <w:proofErr w:type="spellEnd"/>
            <w:r w:rsidR="00D90D79">
              <w:rPr>
                <w:sz w:val="16"/>
              </w:rPr>
              <w:t xml:space="preserve"> </w:t>
            </w:r>
            <w:proofErr w:type="spellStart"/>
            <w:r w:rsidR="00D90D79">
              <w:rPr>
                <w:sz w:val="16"/>
              </w:rPr>
              <w:t>ümarlaudu</w:t>
            </w:r>
            <w:proofErr w:type="spellEnd"/>
            <w:r w:rsidR="00D90D79">
              <w:rPr>
                <w:sz w:val="16"/>
              </w:rPr>
              <w:t xml:space="preserve"> </w:t>
            </w:r>
            <w:proofErr w:type="spellStart"/>
            <w:r w:rsidR="00D90D79">
              <w:rPr>
                <w:sz w:val="16"/>
              </w:rPr>
              <w:t>alustada</w:t>
            </w:r>
            <w:proofErr w:type="spellEnd"/>
            <w:r w:rsidR="00D90D79">
              <w:rPr>
                <w:sz w:val="16"/>
              </w:rPr>
              <w:t xml:space="preserve">, et </w:t>
            </w:r>
            <w:proofErr w:type="spellStart"/>
            <w:r w:rsidR="00D90D79">
              <w:rPr>
                <w:sz w:val="16"/>
              </w:rPr>
              <w:t>kõiki</w:t>
            </w:r>
            <w:proofErr w:type="spellEnd"/>
            <w:r w:rsidR="00D90D79">
              <w:rPr>
                <w:sz w:val="16"/>
              </w:rPr>
              <w:t xml:space="preserve"> </w:t>
            </w:r>
            <w:proofErr w:type="spellStart"/>
            <w:r w:rsidR="00D90D79">
              <w:rPr>
                <w:sz w:val="16"/>
              </w:rPr>
              <w:t>positiivselt</w:t>
            </w:r>
            <w:proofErr w:type="spellEnd"/>
            <w:r w:rsidR="00D90D79">
              <w:rPr>
                <w:sz w:val="16"/>
              </w:rPr>
              <w:t xml:space="preserve"> </w:t>
            </w:r>
            <w:proofErr w:type="spellStart"/>
            <w:r w:rsidR="00D90D79">
              <w:rPr>
                <w:sz w:val="16"/>
              </w:rPr>
              <w:t>häälestada</w:t>
            </w:r>
            <w:proofErr w:type="spellEnd"/>
            <w:r w:rsidR="00D90D79">
              <w:rPr>
                <w:sz w:val="16"/>
              </w:rPr>
              <w:t xml:space="preserve">, </w:t>
            </w:r>
            <w:proofErr w:type="spellStart"/>
            <w:r w:rsidR="00D90D79">
              <w:rPr>
                <w:sz w:val="16"/>
              </w:rPr>
              <w:t>koostööle</w:t>
            </w:r>
            <w:proofErr w:type="spellEnd"/>
            <w:r w:rsidR="00D90D79">
              <w:rPr>
                <w:sz w:val="16"/>
              </w:rPr>
              <w:t xml:space="preserve"> kutsuda</w:t>
            </w:r>
            <w:r>
              <w:rPr>
                <w:sz w:val="16"/>
              </w:rPr>
              <w:t>............................................................................................................................................</w:t>
            </w:r>
            <w:r>
              <w:rPr>
                <w:sz w:val="16"/>
              </w:rPr>
              <w:t>............</w:t>
            </w:r>
            <w:r>
              <w:br/>
            </w: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........................................................................................................................................................................</w:t>
            </w:r>
          </w:p>
        </w:tc>
      </w:tr>
    </w:tbl>
    <w:p w:rsidR="00B31C47" w:rsidRDefault="00B31C4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082"/>
      </w:tblGrid>
      <w:tr w:rsidR="00B31C47">
        <w:trPr>
          <w:jc w:val="center"/>
        </w:trPr>
        <w:tc>
          <w:tcPr>
            <w:tcW w:w="15082" w:type="dxa"/>
            <w:tcBorders>
              <w:top w:val="single" w:sz="6" w:space="0" w:color="E0D7CE"/>
              <w:left w:val="single" w:sz="6" w:space="0" w:color="E0D7CE"/>
              <w:bottom w:val="single" w:sz="6" w:space="0" w:color="E0D7CE"/>
              <w:right w:val="single" w:sz="6" w:space="0" w:color="E0D7CE"/>
            </w:tcBorders>
            <w:shd w:val="clear" w:color="auto" w:fill="F7F3ED"/>
            <w:tcMar>
              <w:top w:w="110" w:type="dxa"/>
              <w:left w:w="120" w:type="dxa"/>
              <w:bottom w:w="110" w:type="dxa"/>
              <w:right w:w="120" w:type="dxa"/>
            </w:tcMar>
          </w:tcPr>
          <w:p w:rsidR="00B31C47" w:rsidRDefault="0084055C">
            <w:pPr>
              <w:spacing w:after="0"/>
              <w:jc w:val="center"/>
            </w:pPr>
            <w:r>
              <w:rPr>
                <w:i/>
                <w:color w:val="646464"/>
                <w:sz w:val="21"/>
              </w:rPr>
              <w:t>Aitäh, et aitasid mul õppida ja koos Sinuga kasvada!</w:t>
            </w:r>
          </w:p>
        </w:tc>
      </w:tr>
    </w:tbl>
    <w:p w:rsidR="0084055C" w:rsidRDefault="0084055C"/>
    <w:sectPr w:rsidR="0084055C" w:rsidSect="00034616">
      <w:footerReference w:type="default" r:id="rId9"/>
      <w:pgSz w:w="16838" w:h="11906" w:orient="landscape"/>
      <w:pgMar w:top="680" w:right="680" w:bottom="62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55C" w:rsidRDefault="0084055C">
      <w:pPr>
        <w:spacing w:after="0" w:line="240" w:lineRule="auto"/>
      </w:pPr>
      <w:r>
        <w:separator/>
      </w:r>
    </w:p>
  </w:endnote>
  <w:endnote w:type="continuationSeparator" w:id="0">
    <w:p w:rsidR="0084055C" w:rsidRDefault="0084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1C47" w:rsidRDefault="0084055C">
    <w:pPr>
      <w:pStyle w:val="Jalus"/>
      <w:jc w:val="center"/>
    </w:pPr>
    <w:r>
      <w:rPr>
        <w:i/>
        <w:color w:val="646464"/>
        <w:sz w:val="16"/>
      </w:rPr>
      <w:t>Koolituse tagasi- ja edasiside  •  JULGEN olla KINDEL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55C" w:rsidRDefault="0084055C">
      <w:pPr>
        <w:spacing w:after="0" w:line="240" w:lineRule="auto"/>
      </w:pPr>
      <w:r>
        <w:separator/>
      </w:r>
    </w:p>
  </w:footnote>
  <w:footnote w:type="continuationSeparator" w:id="0">
    <w:p w:rsidR="0084055C" w:rsidRDefault="008405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2E8"/>
    <w:rsid w:val="0015074B"/>
    <w:rsid w:val="00242AFF"/>
    <w:rsid w:val="0029639D"/>
    <w:rsid w:val="00326F90"/>
    <w:rsid w:val="00516AD2"/>
    <w:rsid w:val="0084055C"/>
    <w:rsid w:val="00AA1D8D"/>
    <w:rsid w:val="00B31C47"/>
    <w:rsid w:val="00B47730"/>
    <w:rsid w:val="00C44056"/>
    <w:rsid w:val="00CB0664"/>
    <w:rsid w:val="00D90D79"/>
    <w:rsid w:val="00D97D19"/>
    <w:rsid w:val="00F035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D3EA7"/>
  <w14:defaultImageDpi w14:val="300"/>
  <w15:docId w15:val="{2F1ED719-D7BE-47C9-BF96-BC4A76E4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FC693F"/>
    <w:rPr>
      <w:rFonts w:ascii="Calibri" w:hAnsi="Calibri"/>
      <w:sz w:val="19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627B5A-0A2B-44C0-BCBB-00D31F8F9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1199</Words>
  <Characters>6960</Characters>
  <Application>Microsoft Office Word</Application>
  <DocSecurity>0</DocSecurity>
  <Lines>58</Lines>
  <Paragraphs>16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Anneliis Rohtsalu</dc:creator>
  <cp:keywords/>
  <dc:description>generated by python-docx</dc:description>
  <cp:lastModifiedBy>opetaja</cp:lastModifiedBy>
  <cp:revision>2</cp:revision>
  <dcterms:created xsi:type="dcterms:W3CDTF">2026-07-29T17:27:00Z</dcterms:created>
  <dcterms:modified xsi:type="dcterms:W3CDTF">2026-07-29T18:42:00Z</dcterms:modified>
  <cp:category/>
</cp:coreProperties>
</file>